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HOA COMMUNITY CALENDAR</w:t>
      </w:r>
    </w:p>
    <w:p>
      <w:pPr>
        <w:jc w:val="center"/>
      </w:pPr>
      <w:r>
        <w:rPr>
          <w:b/>
          <w:sz w:val="30"/>
        </w:rPr>
        <w:t>SEPTEMBER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8"/>
        <w:gridCol w:w="2078"/>
        <w:gridCol w:w="2078"/>
        <w:gridCol w:w="2078"/>
        <w:gridCol w:w="2078"/>
        <w:gridCol w:w="2078"/>
        <w:gridCol w:w="2078"/>
      </w:tblGrid>
      <w:tr>
        <w:tc>
          <w:tcPr>
            <w:tcW w:type="dxa" w:w="2016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Sunday</w:t>
            </w:r>
          </w:p>
        </w:tc>
        <w:tc>
          <w:tcPr>
            <w:tcW w:type="dxa" w:w="2016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Monday</w:t>
            </w:r>
          </w:p>
        </w:tc>
        <w:tc>
          <w:tcPr>
            <w:tcW w:type="dxa" w:w="2016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Tuesday</w:t>
            </w:r>
          </w:p>
        </w:tc>
        <w:tc>
          <w:tcPr>
            <w:tcW w:type="dxa" w:w="2016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Wednesday</w:t>
            </w:r>
          </w:p>
        </w:tc>
        <w:tc>
          <w:tcPr>
            <w:tcW w:type="dxa" w:w="2016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Thursday</w:t>
            </w:r>
          </w:p>
        </w:tc>
        <w:tc>
          <w:tcPr>
            <w:tcW w:type="dxa" w:w="2016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Friday</w:t>
            </w:r>
          </w:p>
        </w:tc>
        <w:tc>
          <w:tcPr>
            <w:tcW w:type="dxa" w:w="2016"/>
            <w:vAlign w:val="center"/>
          </w:tcPr>
          <w:p>
            <w:pPr>
              <w:jc w:val="center"/>
            </w:pPr>
            <w:r>
              <w:rPr>
                <w:b/>
                <w:sz w:val="18"/>
              </w:rPr>
              <w:t>Saturday</w:t>
            </w:r>
          </w:p>
        </w:tc>
      </w:tr>
      <w:tr>
        <w:trPr>
          <w:trHeight w:val="1181"/>
        </w:trPr>
        <w:tc>
          <w:tcPr>
            <w:tcW w:type="dxa" w:w="2016"/>
            <w:vAlign w:val="top"/>
          </w:tcPr>
          <w:p>
            <w:pPr>
              <w:spacing w:after="20"/>
            </w:pPr>
          </w:p>
        </w:tc>
        <w:tc>
          <w:tcPr>
            <w:tcW w:type="dxa" w:w="2016"/>
            <w:vAlign w:val="top"/>
          </w:tcPr>
          <w:p>
            <w:pPr>
              <w:spacing w:after="20"/>
            </w:pP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3</w:t>
            </w:r>
          </w:p>
          <w:p>
            <w:pPr>
              <w:spacing w:before="0" w:after="0"/>
            </w:pPr>
            <w:r>
              <w:rPr>
                <w:b/>
                <w:sz w:val="16"/>
              </w:rPr>
              <w:t>HOA Board Workshop</w:t>
            </w:r>
          </w:p>
          <w:p>
            <w:pPr>
              <w:spacing w:before="0" w:after="0"/>
            </w:pPr>
            <w:r>
              <w:rPr>
                <w:sz w:val="16"/>
              </w:rPr>
              <w:t>10:00 AM</w:t>
            </w:r>
          </w:p>
          <w:p>
            <w:pPr>
              <w:spacing w:before="0" w:after="0"/>
            </w:pPr>
            <w:r>
              <w:rPr>
                <w:sz w:val="16"/>
              </w:rPr>
              <w:t>The Cabana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5</w:t>
            </w:r>
          </w:p>
        </w:tc>
      </w:tr>
      <w:tr>
        <w:trPr>
          <w:trHeight w:val="1181"/>
        </w:trPr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8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9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10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11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12</w:t>
            </w:r>
          </w:p>
        </w:tc>
      </w:tr>
      <w:tr>
        <w:trPr>
          <w:trHeight w:val="1181"/>
        </w:trPr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13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14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15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16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17</w:t>
            </w:r>
          </w:p>
          <w:p>
            <w:pPr>
              <w:spacing w:before="0" w:after="0"/>
            </w:pPr>
            <w:r>
              <w:rPr>
                <w:b/>
                <w:sz w:val="16"/>
              </w:rPr>
              <w:t>HOA Board Meeting</w:t>
            </w:r>
          </w:p>
          <w:p>
            <w:pPr>
              <w:spacing w:before="0" w:after="0"/>
            </w:pPr>
            <w:r>
              <w:rPr>
                <w:sz w:val="16"/>
              </w:rPr>
              <w:t>The Cabana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18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19</w:t>
            </w:r>
          </w:p>
        </w:tc>
      </w:tr>
      <w:tr>
        <w:trPr>
          <w:trHeight w:val="1181"/>
        </w:trPr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20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21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22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23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24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25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26</w:t>
            </w:r>
          </w:p>
        </w:tc>
      </w:tr>
      <w:tr>
        <w:trPr>
          <w:trHeight w:val="1181"/>
        </w:trPr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27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28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29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  <w:r>
              <w:rPr>
                <w:b/>
                <w:sz w:val="20"/>
              </w:rPr>
              <w:t>30</w:t>
            </w:r>
          </w:p>
        </w:tc>
        <w:tc>
          <w:tcPr>
            <w:tcW w:type="dxa" w:w="2016"/>
            <w:vAlign w:val="top"/>
          </w:tcPr>
          <w:p>
            <w:pPr>
              <w:spacing w:after="20"/>
            </w:pPr>
          </w:p>
        </w:tc>
        <w:tc>
          <w:tcPr>
            <w:tcW w:type="dxa" w:w="2016"/>
            <w:vAlign w:val="top"/>
          </w:tcPr>
          <w:p>
            <w:pPr>
              <w:spacing w:after="20"/>
            </w:pPr>
          </w:p>
        </w:tc>
        <w:tc>
          <w:tcPr>
            <w:tcW w:type="dxa" w:w="2016"/>
            <w:vAlign w:val="top"/>
          </w:tcPr>
          <w:p>
            <w:pPr>
              <w:spacing w:after="20"/>
            </w:pPr>
          </w:p>
        </w:tc>
      </w:tr>
    </w:tbl>
    <w:p>
      <w:pPr>
        <w:spacing w:before="100"/>
        <w:jc w:val="center"/>
      </w:pPr>
      <w:r>
        <w:rPr>
          <w:i/>
          <w:sz w:val="18"/>
        </w:rPr>
        <w:t>Village of Lake Lucie HOA • Community Events</w:t>
      </w:r>
    </w:p>
    <w:sectPr w:rsidR="00FC693F" w:rsidRPr="0006063C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