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699248" cy="99578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9248" cy="995781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