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770046" w14:textId="6AEE0760" w:rsidR="004031D8" w:rsidRDefault="00000000">
      <w:pPr>
        <w:jc w:val="center"/>
      </w:pPr>
      <w:r>
        <w:rPr>
          <w:b/>
          <w:sz w:val="36"/>
        </w:rPr>
        <w:t>Jackson Memorial Temple</w:t>
      </w:r>
      <w:r w:rsidR="00483A92">
        <w:rPr>
          <w:b/>
          <w:sz w:val="36"/>
        </w:rPr>
        <w:t xml:space="preserve"> Church of God in Christ </w:t>
      </w:r>
    </w:p>
    <w:p w14:paraId="165255B3" w14:textId="77777777" w:rsidR="004031D8" w:rsidRDefault="00000000">
      <w:pPr>
        <w:pStyle w:val="Title"/>
        <w:jc w:val="center"/>
      </w:pPr>
      <w:r>
        <w:rPr>
          <w:sz w:val="48"/>
        </w:rPr>
        <w:t>State of the Church Address</w:t>
      </w:r>
    </w:p>
    <w:p w14:paraId="6FAE7D74" w14:textId="77777777" w:rsidR="004031D8" w:rsidRDefault="00000000">
      <w:pPr>
        <w:spacing w:after="400"/>
        <w:jc w:val="center"/>
      </w:pPr>
      <w:r>
        <w:t>Saturday, October 3, 2026 | 11:00 AM</w:t>
      </w:r>
    </w:p>
    <w:p w14:paraId="140FCBA5" w14:textId="77777777" w:rsidR="004031D8" w:rsidRPr="00600A9A" w:rsidRDefault="00000000">
      <w:pPr>
        <w:spacing w:after="240"/>
        <w:rPr>
          <w:rFonts w:ascii="Times New Roman" w:hAnsi="Times New Roman" w:cs="Times New Roman"/>
          <w:sz w:val="36"/>
          <w:szCs w:val="32"/>
        </w:rPr>
      </w:pPr>
      <w:r w:rsidRPr="00600A9A">
        <w:rPr>
          <w:rFonts w:ascii="Times New Roman" w:hAnsi="Times New Roman" w:cs="Times New Roman"/>
          <w:b/>
          <w:sz w:val="40"/>
          <w:szCs w:val="32"/>
        </w:rPr>
        <w:t>Meeting Agenda</w:t>
      </w:r>
    </w:p>
    <w:p w14:paraId="3D044033" w14:textId="77777777" w:rsidR="004031D8" w:rsidRPr="00600A9A" w:rsidRDefault="00000000" w:rsidP="002E4A78">
      <w:pPr>
        <w:pStyle w:val="ListNumber"/>
        <w:numPr>
          <w:ilvl w:val="0"/>
          <w:numId w:val="14"/>
        </w:numPr>
        <w:rPr>
          <w:rFonts w:ascii="Times New Roman" w:hAnsi="Times New Roman" w:cs="Times New Roman"/>
          <w:sz w:val="32"/>
          <w:szCs w:val="32"/>
        </w:rPr>
      </w:pPr>
      <w:r w:rsidRPr="00600A9A">
        <w:rPr>
          <w:rFonts w:ascii="Times New Roman" w:hAnsi="Times New Roman" w:cs="Times New Roman"/>
          <w:sz w:val="32"/>
          <w:szCs w:val="32"/>
        </w:rPr>
        <w:t>Opening Prayer &amp; Purpose</w:t>
      </w:r>
    </w:p>
    <w:p w14:paraId="59F1CE17" w14:textId="02CC9625" w:rsidR="00600A9A" w:rsidRPr="00E5347B" w:rsidRDefault="00A202BE" w:rsidP="002E4A78">
      <w:pPr>
        <w:pStyle w:val="ListNumber"/>
        <w:numPr>
          <w:ilvl w:val="0"/>
          <w:numId w:val="14"/>
        </w:numPr>
        <w:rPr>
          <w:rFonts w:ascii="Times New Roman" w:hAnsi="Times New Roman" w:cs="Times New Roman"/>
          <w:sz w:val="32"/>
          <w:szCs w:val="32"/>
        </w:rPr>
      </w:pPr>
      <w:r w:rsidRPr="00600A9A">
        <w:rPr>
          <w:rFonts w:ascii="Times New Roman" w:hAnsi="Times New Roman" w:cs="Times New Roman"/>
          <w:sz w:val="32"/>
          <w:szCs w:val="32"/>
        </w:rPr>
        <w:t>Pastor’s Vision and Goals for Jackson Memorial Temple</w:t>
      </w:r>
    </w:p>
    <w:p w14:paraId="46589F05" w14:textId="729F4B2A" w:rsidR="004031D8" w:rsidRPr="00600A9A" w:rsidRDefault="00A202BE" w:rsidP="002E4A78">
      <w:pPr>
        <w:pStyle w:val="ListNumber"/>
        <w:numPr>
          <w:ilvl w:val="0"/>
          <w:numId w:val="14"/>
        </w:numPr>
        <w:rPr>
          <w:rFonts w:ascii="Times New Roman" w:hAnsi="Times New Roman" w:cs="Times New Roman"/>
          <w:sz w:val="32"/>
          <w:szCs w:val="32"/>
        </w:rPr>
      </w:pPr>
      <w:r w:rsidRPr="00600A9A">
        <w:rPr>
          <w:rFonts w:ascii="Times New Roman" w:hAnsi="Times New Roman" w:cs="Times New Roman"/>
          <w:sz w:val="32"/>
          <w:szCs w:val="32"/>
        </w:rPr>
        <w:t>Benefits of Membership</w:t>
      </w:r>
    </w:p>
    <w:p w14:paraId="30245D27" w14:textId="0DB2DA7E" w:rsidR="002E4A78" w:rsidRDefault="00000000" w:rsidP="002E4A78">
      <w:pPr>
        <w:pStyle w:val="ListNumber"/>
        <w:numPr>
          <w:ilvl w:val="0"/>
          <w:numId w:val="14"/>
        </w:numPr>
        <w:rPr>
          <w:rFonts w:ascii="Times New Roman" w:hAnsi="Times New Roman" w:cs="Times New Roman"/>
          <w:sz w:val="32"/>
          <w:szCs w:val="32"/>
        </w:rPr>
      </w:pPr>
      <w:r w:rsidRPr="002E4A78">
        <w:rPr>
          <w:rFonts w:ascii="Times New Roman" w:hAnsi="Times New Roman" w:cs="Times New Roman"/>
          <w:sz w:val="32"/>
          <w:szCs w:val="32"/>
        </w:rPr>
        <w:t>Church Operations</w:t>
      </w:r>
    </w:p>
    <w:p w14:paraId="0669D694" w14:textId="02A7CEA1" w:rsidR="002E4A78" w:rsidRDefault="002E4A78" w:rsidP="002E4A78">
      <w:pPr>
        <w:pStyle w:val="ListNumber"/>
        <w:numPr>
          <w:ilvl w:val="1"/>
          <w:numId w:val="16"/>
        </w:numPr>
        <w:rPr>
          <w:rFonts w:ascii="Times New Roman" w:hAnsi="Times New Roman" w:cs="Times New Roman"/>
          <w:sz w:val="32"/>
          <w:szCs w:val="32"/>
        </w:rPr>
      </w:pPr>
      <w:r w:rsidRPr="00600A9A">
        <w:rPr>
          <w:rFonts w:ascii="Times New Roman" w:hAnsi="Times New Roman" w:cs="Times New Roman"/>
          <w:sz w:val="32"/>
          <w:szCs w:val="32"/>
        </w:rPr>
        <w:t>Church Leadership Structure &amp; Responsibilities</w:t>
      </w:r>
    </w:p>
    <w:p w14:paraId="1BD11AD2" w14:textId="77777777" w:rsidR="002E4A78" w:rsidRDefault="002E4A78" w:rsidP="002E4A78">
      <w:pPr>
        <w:pStyle w:val="ListNumber"/>
        <w:numPr>
          <w:ilvl w:val="1"/>
          <w:numId w:val="16"/>
        </w:numPr>
        <w:rPr>
          <w:rFonts w:ascii="Times New Roman" w:hAnsi="Times New Roman" w:cs="Times New Roman"/>
          <w:sz w:val="32"/>
          <w:szCs w:val="32"/>
        </w:rPr>
      </w:pPr>
      <w:r w:rsidRPr="002E4A78">
        <w:rPr>
          <w:rFonts w:ascii="Times New Roman" w:hAnsi="Times New Roman" w:cs="Times New Roman"/>
          <w:sz w:val="32"/>
          <w:szCs w:val="32"/>
        </w:rPr>
        <w:t>Ministry &amp; Departmental Leadership</w:t>
      </w:r>
    </w:p>
    <w:p w14:paraId="1B7F2C39" w14:textId="0D0617F7" w:rsidR="00483A92" w:rsidRDefault="00483A92" w:rsidP="002E4A78">
      <w:pPr>
        <w:pStyle w:val="ListNumber"/>
        <w:numPr>
          <w:ilvl w:val="1"/>
          <w:numId w:val="16"/>
        </w:numPr>
        <w:rPr>
          <w:rFonts w:ascii="Times New Roman" w:hAnsi="Times New Roman" w:cs="Times New Roman"/>
          <w:sz w:val="32"/>
          <w:szCs w:val="32"/>
        </w:rPr>
      </w:pPr>
      <w:r>
        <w:rPr>
          <w:rFonts w:ascii="Times New Roman" w:hAnsi="Times New Roman" w:cs="Times New Roman"/>
          <w:sz w:val="32"/>
          <w:szCs w:val="32"/>
        </w:rPr>
        <w:t>Communication Transition</w:t>
      </w:r>
    </w:p>
    <w:p w14:paraId="34B175B6" w14:textId="565D7C28" w:rsidR="00483A92" w:rsidRDefault="00483A92" w:rsidP="002E4A78">
      <w:pPr>
        <w:pStyle w:val="ListNumber"/>
        <w:numPr>
          <w:ilvl w:val="1"/>
          <w:numId w:val="16"/>
        </w:numPr>
        <w:rPr>
          <w:rFonts w:ascii="Times New Roman" w:hAnsi="Times New Roman" w:cs="Times New Roman"/>
          <w:sz w:val="32"/>
          <w:szCs w:val="32"/>
        </w:rPr>
      </w:pPr>
      <w:r>
        <w:rPr>
          <w:rFonts w:ascii="Times New Roman" w:hAnsi="Times New Roman" w:cs="Times New Roman"/>
          <w:sz w:val="32"/>
          <w:szCs w:val="32"/>
        </w:rPr>
        <w:t>Finances</w:t>
      </w:r>
    </w:p>
    <w:p w14:paraId="3F59B878" w14:textId="51FA82AC" w:rsidR="004031D8" w:rsidRDefault="00000000" w:rsidP="002E4A78">
      <w:pPr>
        <w:pStyle w:val="ListNumber"/>
        <w:numPr>
          <w:ilvl w:val="0"/>
          <w:numId w:val="14"/>
        </w:numPr>
        <w:rPr>
          <w:rFonts w:ascii="Times New Roman" w:hAnsi="Times New Roman" w:cs="Times New Roman"/>
          <w:sz w:val="32"/>
          <w:szCs w:val="32"/>
        </w:rPr>
      </w:pPr>
      <w:r w:rsidRPr="00600A9A">
        <w:rPr>
          <w:rFonts w:ascii="Times New Roman" w:hAnsi="Times New Roman" w:cs="Times New Roman"/>
          <w:sz w:val="32"/>
          <w:szCs w:val="32"/>
        </w:rPr>
        <w:t>Emergency Preparedness</w:t>
      </w:r>
    </w:p>
    <w:p w14:paraId="247B5624" w14:textId="25103A05" w:rsidR="007A4B56" w:rsidRPr="00600A9A" w:rsidRDefault="007A4B56" w:rsidP="002E4A78">
      <w:pPr>
        <w:pStyle w:val="ListNumber"/>
        <w:numPr>
          <w:ilvl w:val="0"/>
          <w:numId w:val="14"/>
        </w:numPr>
        <w:rPr>
          <w:rFonts w:ascii="Times New Roman" w:hAnsi="Times New Roman" w:cs="Times New Roman"/>
          <w:sz w:val="32"/>
          <w:szCs w:val="32"/>
        </w:rPr>
      </w:pPr>
      <w:r>
        <w:rPr>
          <w:rFonts w:ascii="Times New Roman" w:hAnsi="Times New Roman" w:cs="Times New Roman"/>
          <w:sz w:val="32"/>
          <w:szCs w:val="32"/>
        </w:rPr>
        <w:t>Women’s Department Update</w:t>
      </w:r>
    </w:p>
    <w:p w14:paraId="5927D637" w14:textId="77777777" w:rsidR="004031D8" w:rsidRPr="00600A9A" w:rsidRDefault="00000000" w:rsidP="002E4A78">
      <w:pPr>
        <w:pStyle w:val="ListNumber"/>
        <w:numPr>
          <w:ilvl w:val="0"/>
          <w:numId w:val="14"/>
        </w:numPr>
        <w:rPr>
          <w:rFonts w:ascii="Times New Roman" w:hAnsi="Times New Roman" w:cs="Times New Roman"/>
          <w:sz w:val="32"/>
          <w:szCs w:val="32"/>
        </w:rPr>
      </w:pPr>
      <w:r w:rsidRPr="00600A9A">
        <w:rPr>
          <w:rFonts w:ascii="Times New Roman" w:hAnsi="Times New Roman" w:cs="Times New Roman"/>
          <w:sz w:val="32"/>
          <w:szCs w:val="32"/>
        </w:rPr>
        <w:t>“I Love My Church” Campaign &amp; Facility Improvements</w:t>
      </w:r>
    </w:p>
    <w:p w14:paraId="6851D452" w14:textId="77777777" w:rsidR="004031D8" w:rsidRPr="00600A9A" w:rsidRDefault="00000000" w:rsidP="002E4A78">
      <w:pPr>
        <w:pStyle w:val="ListNumber"/>
        <w:numPr>
          <w:ilvl w:val="0"/>
          <w:numId w:val="14"/>
        </w:numPr>
        <w:rPr>
          <w:rFonts w:ascii="Times New Roman" w:hAnsi="Times New Roman" w:cs="Times New Roman"/>
          <w:sz w:val="32"/>
          <w:szCs w:val="32"/>
        </w:rPr>
      </w:pPr>
      <w:r w:rsidRPr="00600A9A">
        <w:rPr>
          <w:rFonts w:ascii="Times New Roman" w:hAnsi="Times New Roman" w:cs="Times New Roman"/>
          <w:sz w:val="32"/>
          <w:szCs w:val="32"/>
        </w:rPr>
        <w:t>85th Church Anniversary</w:t>
      </w:r>
    </w:p>
    <w:p w14:paraId="264B2D8D" w14:textId="23E3E3E0" w:rsidR="004031D8" w:rsidRPr="00600A9A" w:rsidRDefault="00000000" w:rsidP="002E4A78">
      <w:pPr>
        <w:pStyle w:val="ListNumber"/>
        <w:numPr>
          <w:ilvl w:val="0"/>
          <w:numId w:val="14"/>
        </w:numPr>
        <w:rPr>
          <w:rFonts w:ascii="Times New Roman" w:hAnsi="Times New Roman" w:cs="Times New Roman"/>
          <w:sz w:val="32"/>
          <w:szCs w:val="32"/>
        </w:rPr>
      </w:pPr>
      <w:r w:rsidRPr="00600A9A">
        <w:rPr>
          <w:rFonts w:ascii="Times New Roman" w:hAnsi="Times New Roman" w:cs="Times New Roman"/>
          <w:sz w:val="32"/>
          <w:szCs w:val="32"/>
        </w:rPr>
        <w:t>Upcoming Church Events</w:t>
      </w:r>
      <w:r w:rsidR="007A4B56">
        <w:rPr>
          <w:rFonts w:ascii="Times New Roman" w:hAnsi="Times New Roman" w:cs="Times New Roman"/>
          <w:sz w:val="32"/>
          <w:szCs w:val="32"/>
        </w:rPr>
        <w:t xml:space="preserve"> (2026 dates on back)</w:t>
      </w:r>
    </w:p>
    <w:p w14:paraId="2D1F32F2" w14:textId="6F9220F6" w:rsidR="004031D8" w:rsidRPr="00600A9A" w:rsidRDefault="00000000" w:rsidP="002E4A78">
      <w:pPr>
        <w:pStyle w:val="ListNumber"/>
        <w:numPr>
          <w:ilvl w:val="0"/>
          <w:numId w:val="14"/>
        </w:numPr>
        <w:rPr>
          <w:rFonts w:ascii="Times New Roman" w:hAnsi="Times New Roman" w:cs="Times New Roman"/>
          <w:sz w:val="32"/>
          <w:szCs w:val="32"/>
        </w:rPr>
      </w:pPr>
      <w:r w:rsidRPr="00600A9A">
        <w:rPr>
          <w:rFonts w:ascii="Times New Roman" w:hAnsi="Times New Roman" w:cs="Times New Roman"/>
          <w:sz w:val="32"/>
          <w:szCs w:val="32"/>
        </w:rPr>
        <w:t xml:space="preserve">Presentation </w:t>
      </w:r>
      <w:r w:rsidR="007A4B56">
        <w:rPr>
          <w:rFonts w:ascii="Times New Roman" w:hAnsi="Times New Roman" w:cs="Times New Roman"/>
          <w:sz w:val="32"/>
          <w:szCs w:val="32"/>
        </w:rPr>
        <w:t xml:space="preserve">of </w:t>
      </w:r>
      <w:r w:rsidR="007A4B56" w:rsidRPr="00600A9A">
        <w:rPr>
          <w:rFonts w:ascii="Times New Roman" w:hAnsi="Times New Roman" w:cs="Times New Roman"/>
          <w:sz w:val="32"/>
          <w:szCs w:val="32"/>
        </w:rPr>
        <w:t>Trustee Board</w:t>
      </w:r>
    </w:p>
    <w:p w14:paraId="20F234A6" w14:textId="77777777" w:rsidR="004031D8" w:rsidRDefault="00000000" w:rsidP="002E4A78">
      <w:pPr>
        <w:pStyle w:val="ListNumber"/>
        <w:numPr>
          <w:ilvl w:val="0"/>
          <w:numId w:val="14"/>
        </w:numPr>
        <w:rPr>
          <w:rFonts w:ascii="Times New Roman" w:hAnsi="Times New Roman" w:cs="Times New Roman"/>
          <w:sz w:val="32"/>
          <w:szCs w:val="32"/>
        </w:rPr>
      </w:pPr>
      <w:r w:rsidRPr="00600A9A">
        <w:rPr>
          <w:rFonts w:ascii="Times New Roman" w:hAnsi="Times New Roman" w:cs="Times New Roman"/>
          <w:sz w:val="32"/>
          <w:szCs w:val="32"/>
        </w:rPr>
        <w:t>Questions, Comments &amp; Closing Remarks</w:t>
      </w:r>
    </w:p>
    <w:p w14:paraId="25EFAAD1" w14:textId="7EB2122D" w:rsidR="007A4B56" w:rsidRDefault="007A4B56">
      <w:pPr>
        <w:rPr>
          <w:rFonts w:ascii="Times New Roman" w:hAnsi="Times New Roman" w:cs="Times New Roman"/>
          <w:sz w:val="32"/>
          <w:szCs w:val="32"/>
        </w:rPr>
      </w:pPr>
      <w:r>
        <w:rPr>
          <w:rFonts w:ascii="Times New Roman" w:hAnsi="Times New Roman" w:cs="Times New Roman"/>
          <w:sz w:val="32"/>
          <w:szCs w:val="32"/>
        </w:rPr>
        <w:br w:type="page"/>
      </w:r>
    </w:p>
    <w:p w14:paraId="3D56FBEE" w14:textId="506256B4" w:rsidR="00E5347B" w:rsidRDefault="00E5347B" w:rsidP="00E5347B">
      <w:pPr>
        <w:spacing w:after="0" w:line="240" w:lineRule="auto"/>
        <w:jc w:val="center"/>
        <w:textAlignment w:val="baseline"/>
        <w:rPr>
          <w:rFonts w:ascii="Times New Roman" w:eastAsia="Times New Roman" w:hAnsi="Times New Roman" w:cs="Times New Roman"/>
          <w:b/>
          <w:bCs/>
          <w:sz w:val="32"/>
          <w:szCs w:val="32"/>
          <w:u w:val="single"/>
        </w:rPr>
      </w:pPr>
      <w:r>
        <w:rPr>
          <w:rFonts w:ascii="Times New Roman" w:eastAsia="Times New Roman" w:hAnsi="Times New Roman" w:cs="Times New Roman"/>
          <w:b/>
          <w:bCs/>
          <w:sz w:val="32"/>
          <w:szCs w:val="32"/>
          <w:u w:val="single"/>
        </w:rPr>
        <w:lastRenderedPageBreak/>
        <w:t>JMT Vision and Mission</w:t>
      </w:r>
    </w:p>
    <w:p w14:paraId="58E7DC30" w14:textId="44999588" w:rsidR="00E5347B" w:rsidRDefault="00E5347B" w:rsidP="00E5347B">
      <w:pPr>
        <w:spacing w:after="0" w:line="240" w:lineRule="auto"/>
        <w:jc w:val="center"/>
        <w:rPr>
          <w:rFonts w:ascii="Lato" w:hAnsi="Lato"/>
          <w:spacing w:val="-5"/>
          <w:sz w:val="26"/>
          <w:szCs w:val="26"/>
          <w:shd w:val="clear" w:color="auto" w:fill="FFFFFF"/>
        </w:rPr>
      </w:pPr>
      <w:r>
        <w:rPr>
          <w:rFonts w:ascii="Lato" w:hAnsi="Lato"/>
          <w:spacing w:val="-5"/>
          <w:sz w:val="26"/>
          <w:szCs w:val="26"/>
          <w:shd w:val="clear" w:color="auto" w:fill="FFFFFF"/>
        </w:rPr>
        <w:t>Our Mission</w:t>
      </w:r>
      <w:r>
        <w:rPr>
          <w:rFonts w:ascii="Lato" w:hAnsi="Lato"/>
          <w:spacing w:val="-5"/>
          <w:sz w:val="26"/>
          <w:szCs w:val="26"/>
        </w:rPr>
        <w:br/>
      </w:r>
      <w:r>
        <w:rPr>
          <w:rFonts w:ascii="Lato" w:hAnsi="Lato"/>
          <w:spacing w:val="-5"/>
          <w:sz w:val="26"/>
          <w:szCs w:val="26"/>
          <w:shd w:val="clear" w:color="auto" w:fill="FFFFFF"/>
        </w:rPr>
        <w:t xml:space="preserve">Jackson Memorial Temple Church of God </w:t>
      </w:r>
      <w:proofErr w:type="gramStart"/>
      <w:r>
        <w:rPr>
          <w:rFonts w:ascii="Lato" w:hAnsi="Lato"/>
          <w:spacing w:val="-5"/>
          <w:sz w:val="26"/>
          <w:szCs w:val="26"/>
          <w:shd w:val="clear" w:color="auto" w:fill="FFFFFF"/>
        </w:rPr>
        <w:t>In</w:t>
      </w:r>
      <w:proofErr w:type="gramEnd"/>
      <w:r>
        <w:rPr>
          <w:rFonts w:ascii="Lato" w:hAnsi="Lato"/>
          <w:spacing w:val="-5"/>
          <w:sz w:val="26"/>
          <w:szCs w:val="26"/>
          <w:shd w:val="clear" w:color="auto" w:fill="FFFFFF"/>
        </w:rPr>
        <w:t xml:space="preserve"> Christ is called to unite the body of Jesus Christ - men, women, and children - in Spirit and truth equipping every </w:t>
      </w:r>
      <w:r>
        <w:rPr>
          <w:rFonts w:ascii="Lato" w:hAnsi="Lato"/>
          <w:spacing w:val="-5"/>
          <w:sz w:val="26"/>
          <w:szCs w:val="26"/>
          <w:shd w:val="clear" w:color="auto" w:fill="FFFFFF"/>
        </w:rPr>
        <w:t>generation to</w:t>
      </w:r>
      <w:r>
        <w:rPr>
          <w:rFonts w:ascii="Lato" w:hAnsi="Lato"/>
          <w:spacing w:val="-5"/>
          <w:sz w:val="26"/>
          <w:szCs w:val="26"/>
          <w:shd w:val="clear" w:color="auto" w:fill="FFFFFF"/>
        </w:rPr>
        <w:t xml:space="preserve"> walk in God's love and power. We commit to raising up godly families, worshiping with joyful praise, preaching the Word boldly, winning souls for the kingdom, and serving our community with grace.  Together we build a legacy of faith that transforms lives and impacts culture for the glory of God.   We love God, love our neighbor, and love ourselves.</w:t>
      </w:r>
      <w:r>
        <w:rPr>
          <w:rFonts w:ascii="Lato" w:hAnsi="Lato"/>
          <w:spacing w:val="-5"/>
          <w:sz w:val="26"/>
          <w:szCs w:val="26"/>
        </w:rPr>
        <w:br/>
      </w:r>
      <w:r>
        <w:rPr>
          <w:rFonts w:ascii="Lato" w:hAnsi="Lato"/>
          <w:spacing w:val="-5"/>
          <w:sz w:val="26"/>
          <w:szCs w:val="26"/>
        </w:rPr>
        <w:br/>
      </w:r>
      <w:r>
        <w:rPr>
          <w:rFonts w:ascii="Lato" w:hAnsi="Lato"/>
          <w:spacing w:val="-5"/>
          <w:sz w:val="26"/>
          <w:szCs w:val="26"/>
          <w:shd w:val="clear" w:color="auto" w:fill="FFFFFF"/>
        </w:rPr>
        <w:t>Our Vision</w:t>
      </w:r>
      <w:r>
        <w:rPr>
          <w:rFonts w:ascii="Lato" w:hAnsi="Lato"/>
          <w:spacing w:val="-5"/>
          <w:sz w:val="26"/>
          <w:szCs w:val="26"/>
        </w:rPr>
        <w:br/>
      </w:r>
      <w:r>
        <w:rPr>
          <w:rFonts w:ascii="Lato" w:hAnsi="Lato"/>
          <w:spacing w:val="-5"/>
          <w:sz w:val="26"/>
          <w:szCs w:val="26"/>
          <w:shd w:val="clear" w:color="auto" w:fill="FFFFFF"/>
        </w:rPr>
        <w:t xml:space="preserve">For Jackson Memorial Temple to be the place where the Ekklesia gather for strengthening to go out into the culture and Love God, </w:t>
      </w:r>
      <w:proofErr w:type="gramStart"/>
      <w:r>
        <w:rPr>
          <w:rFonts w:ascii="Lato" w:hAnsi="Lato"/>
          <w:spacing w:val="-5"/>
          <w:sz w:val="26"/>
          <w:szCs w:val="26"/>
          <w:shd w:val="clear" w:color="auto" w:fill="FFFFFF"/>
        </w:rPr>
        <w:t>Love</w:t>
      </w:r>
      <w:proofErr w:type="gramEnd"/>
      <w:r>
        <w:rPr>
          <w:rFonts w:ascii="Lato" w:hAnsi="Lato"/>
          <w:spacing w:val="-5"/>
          <w:sz w:val="26"/>
          <w:szCs w:val="26"/>
          <w:shd w:val="clear" w:color="auto" w:fill="FFFFFF"/>
        </w:rPr>
        <w:t xml:space="preserve"> our neighbors and </w:t>
      </w:r>
      <w:proofErr w:type="gramStart"/>
      <w:r>
        <w:rPr>
          <w:rFonts w:ascii="Lato" w:hAnsi="Lato"/>
          <w:spacing w:val="-5"/>
          <w:sz w:val="26"/>
          <w:szCs w:val="26"/>
          <w:shd w:val="clear" w:color="auto" w:fill="FFFFFF"/>
        </w:rPr>
        <w:t>Love</w:t>
      </w:r>
      <w:proofErr w:type="gramEnd"/>
      <w:r>
        <w:rPr>
          <w:rFonts w:ascii="Lato" w:hAnsi="Lato"/>
          <w:spacing w:val="-5"/>
          <w:sz w:val="26"/>
          <w:szCs w:val="26"/>
          <w:shd w:val="clear" w:color="auto" w:fill="FFFFFF"/>
        </w:rPr>
        <w:t xml:space="preserve"> ourselves. Modeling God’s love in our homes, on our jobs, and in our communities. Builders of men, encouragers of women, and developers of children.</w:t>
      </w:r>
    </w:p>
    <w:p w14:paraId="10FC20B5" w14:textId="77777777" w:rsidR="00E5347B" w:rsidRDefault="00E5347B" w:rsidP="00E5347B">
      <w:pPr>
        <w:spacing w:after="0" w:line="240" w:lineRule="auto"/>
        <w:rPr>
          <w:rFonts w:ascii="Lato" w:hAnsi="Lato"/>
          <w:spacing w:val="-5"/>
          <w:sz w:val="26"/>
          <w:szCs w:val="26"/>
          <w:shd w:val="clear" w:color="auto" w:fill="FFFFFF"/>
        </w:rPr>
      </w:pPr>
    </w:p>
    <w:p w14:paraId="3DEB5D04" w14:textId="77777777" w:rsidR="00E5347B" w:rsidRPr="00E5347B" w:rsidRDefault="00E5347B" w:rsidP="00E5347B">
      <w:pPr>
        <w:spacing w:after="0" w:line="240" w:lineRule="auto"/>
        <w:ind w:left="720"/>
        <w:jc w:val="center"/>
        <w:rPr>
          <w:rFonts w:ascii="Lato" w:eastAsia="Times New Roman" w:hAnsi="Lato" w:cs="Times New Roman"/>
          <w:i/>
          <w:iCs/>
          <w:color w:val="auto"/>
          <w:szCs w:val="24"/>
        </w:rPr>
      </w:pPr>
      <w:r w:rsidRPr="00E5347B">
        <w:rPr>
          <w:rFonts w:ascii="Lato" w:eastAsia="Times New Roman" w:hAnsi="Lato" w:cs="Times New Roman"/>
          <w:i/>
          <w:iCs/>
          <w:szCs w:val="24"/>
        </w:rPr>
        <w:t>Sunday School and Bible Study teaches us about God.</w:t>
      </w:r>
    </w:p>
    <w:p w14:paraId="095C3301" w14:textId="77777777" w:rsidR="00E5347B" w:rsidRPr="00E5347B" w:rsidRDefault="00E5347B" w:rsidP="00E5347B">
      <w:pPr>
        <w:spacing w:after="0" w:line="240" w:lineRule="auto"/>
        <w:ind w:left="720"/>
        <w:jc w:val="center"/>
        <w:rPr>
          <w:rFonts w:ascii="Lato" w:eastAsia="Times New Roman" w:hAnsi="Lato" w:cs="Times New Roman"/>
          <w:i/>
          <w:iCs/>
          <w:color w:val="auto"/>
          <w:szCs w:val="24"/>
        </w:rPr>
      </w:pPr>
      <w:r w:rsidRPr="00E5347B">
        <w:rPr>
          <w:rFonts w:ascii="Lato" w:eastAsia="Times New Roman" w:hAnsi="Lato" w:cs="Times New Roman"/>
          <w:i/>
          <w:iCs/>
          <w:szCs w:val="24"/>
        </w:rPr>
        <w:t>Music shows us to worship.</w:t>
      </w:r>
    </w:p>
    <w:p w14:paraId="311D6AF5" w14:textId="77777777" w:rsidR="00E5347B" w:rsidRPr="00E5347B" w:rsidRDefault="00E5347B" w:rsidP="00E5347B">
      <w:pPr>
        <w:spacing w:after="0" w:line="240" w:lineRule="auto"/>
        <w:ind w:left="720"/>
        <w:jc w:val="center"/>
        <w:rPr>
          <w:rFonts w:ascii="Lato" w:eastAsia="Times New Roman" w:hAnsi="Lato" w:cs="Times New Roman"/>
          <w:i/>
          <w:iCs/>
          <w:color w:val="auto"/>
          <w:szCs w:val="24"/>
        </w:rPr>
      </w:pPr>
      <w:r w:rsidRPr="00E5347B">
        <w:rPr>
          <w:rFonts w:ascii="Lato" w:eastAsia="Times New Roman" w:hAnsi="Lato" w:cs="Times New Roman"/>
          <w:i/>
          <w:iCs/>
          <w:szCs w:val="24"/>
        </w:rPr>
        <w:t>Evangelism teaches us to win souls.</w:t>
      </w:r>
    </w:p>
    <w:p w14:paraId="509CF851" w14:textId="77777777" w:rsidR="00E5347B" w:rsidRPr="00E5347B" w:rsidRDefault="00E5347B" w:rsidP="00E5347B">
      <w:pPr>
        <w:spacing w:after="0" w:line="240" w:lineRule="auto"/>
        <w:ind w:left="720"/>
        <w:jc w:val="center"/>
        <w:rPr>
          <w:rFonts w:ascii="Lato" w:eastAsia="Times New Roman" w:hAnsi="Lato" w:cs="Times New Roman"/>
          <w:i/>
          <w:iCs/>
          <w:color w:val="auto"/>
          <w:szCs w:val="24"/>
        </w:rPr>
      </w:pPr>
      <w:r w:rsidRPr="00E5347B">
        <w:rPr>
          <w:rFonts w:ascii="Lato" w:eastAsia="Times New Roman" w:hAnsi="Lato" w:cs="Times New Roman"/>
          <w:i/>
          <w:iCs/>
          <w:szCs w:val="24"/>
        </w:rPr>
        <w:t>Missions teaches us how to serve.</w:t>
      </w:r>
    </w:p>
    <w:p w14:paraId="30EF27EC" w14:textId="77777777" w:rsidR="00E5347B" w:rsidRPr="00E5347B" w:rsidRDefault="00E5347B" w:rsidP="00E5347B">
      <w:pPr>
        <w:spacing w:after="0" w:line="240" w:lineRule="auto"/>
        <w:ind w:left="720"/>
        <w:jc w:val="center"/>
        <w:rPr>
          <w:rFonts w:ascii="Lato" w:eastAsia="Times New Roman" w:hAnsi="Lato" w:cs="Times New Roman"/>
          <w:i/>
          <w:iCs/>
          <w:color w:val="auto"/>
          <w:szCs w:val="24"/>
        </w:rPr>
      </w:pPr>
      <w:r w:rsidRPr="00E5347B">
        <w:rPr>
          <w:rFonts w:ascii="Lato" w:eastAsia="Times New Roman" w:hAnsi="Lato" w:cs="Times New Roman"/>
          <w:i/>
          <w:iCs/>
          <w:szCs w:val="24"/>
        </w:rPr>
        <w:t>Youth Ministry develops the next generation.</w:t>
      </w:r>
    </w:p>
    <w:p w14:paraId="48494510" w14:textId="77777777" w:rsidR="00E5347B" w:rsidRDefault="00E5347B" w:rsidP="00E5347B">
      <w:pPr>
        <w:spacing w:after="0" w:line="240" w:lineRule="auto"/>
        <w:rPr>
          <w:rFonts w:ascii="Lato" w:hAnsi="Lato"/>
          <w:spacing w:val="-5"/>
          <w:sz w:val="26"/>
          <w:szCs w:val="26"/>
          <w:shd w:val="clear" w:color="auto" w:fill="FFFFFF"/>
        </w:rPr>
      </w:pPr>
    </w:p>
    <w:p w14:paraId="43E8E6B7" w14:textId="77777777" w:rsidR="00E5347B" w:rsidRDefault="00E5347B" w:rsidP="007A4B56">
      <w:pPr>
        <w:spacing w:after="0" w:line="240" w:lineRule="auto"/>
        <w:textAlignment w:val="baseline"/>
        <w:rPr>
          <w:rFonts w:ascii="Times New Roman" w:eastAsia="Times New Roman" w:hAnsi="Times New Roman" w:cs="Times New Roman"/>
          <w:b/>
          <w:bCs/>
          <w:sz w:val="32"/>
          <w:szCs w:val="32"/>
          <w:u w:val="single"/>
        </w:rPr>
      </w:pPr>
    </w:p>
    <w:p w14:paraId="588E750A" w14:textId="46FB9A30" w:rsidR="007A4B56" w:rsidRPr="007A4B56" w:rsidRDefault="007A4B56" w:rsidP="007A4B56">
      <w:pPr>
        <w:spacing w:after="0" w:line="240" w:lineRule="auto"/>
        <w:textAlignment w:val="baseline"/>
        <w:rPr>
          <w:rFonts w:ascii="Times New Roman" w:eastAsia="Times New Roman" w:hAnsi="Times New Roman" w:cs="Times New Roman"/>
          <w:b/>
          <w:bCs/>
          <w:sz w:val="32"/>
          <w:szCs w:val="32"/>
        </w:rPr>
      </w:pPr>
      <w:r w:rsidRPr="007A4B56">
        <w:rPr>
          <w:rFonts w:ascii="Times New Roman" w:eastAsia="Times New Roman" w:hAnsi="Times New Roman" w:cs="Times New Roman"/>
          <w:b/>
          <w:bCs/>
          <w:sz w:val="32"/>
          <w:szCs w:val="32"/>
          <w:u w:val="single"/>
        </w:rPr>
        <w:t>CALENDAR OF EVENTS FOR THE BALANCE OF 2026</w:t>
      </w:r>
    </w:p>
    <w:p w14:paraId="6C2CD8F9" w14:textId="77777777" w:rsidR="007A4B56" w:rsidRPr="00E5347B" w:rsidRDefault="007A4B56" w:rsidP="007A4B56">
      <w:pPr>
        <w:pStyle w:val="List"/>
        <w:rPr>
          <w:rFonts w:ascii="Lato" w:hAnsi="Lato" w:cs="Times New Roman"/>
          <w:color w:val="auto"/>
          <w:sz w:val="26"/>
          <w:szCs w:val="26"/>
        </w:rPr>
      </w:pPr>
      <w:r w:rsidRPr="00E5347B">
        <w:rPr>
          <w:sz w:val="26"/>
          <w:szCs w:val="26"/>
        </w:rPr>
        <w:tab/>
      </w:r>
      <w:r w:rsidRPr="00E5347B">
        <w:rPr>
          <w:rFonts w:ascii="Lato" w:hAnsi="Lato" w:cs="Times New Roman"/>
          <w:sz w:val="26"/>
          <w:szCs w:val="26"/>
        </w:rPr>
        <w:t>October 11, Pink Out, Breast Cancer Awareness</w:t>
      </w:r>
    </w:p>
    <w:p w14:paraId="0F8CA838" w14:textId="77777777" w:rsidR="007A4B56" w:rsidRPr="00E5347B" w:rsidRDefault="007A4B56" w:rsidP="007A4B56">
      <w:pPr>
        <w:pStyle w:val="List"/>
        <w:rPr>
          <w:rFonts w:ascii="Lato" w:hAnsi="Lato" w:cs="Times New Roman"/>
          <w:color w:val="auto"/>
          <w:sz w:val="26"/>
          <w:szCs w:val="26"/>
        </w:rPr>
      </w:pPr>
      <w:r w:rsidRPr="00E5347B">
        <w:rPr>
          <w:rFonts w:ascii="Lato" w:hAnsi="Lato" w:cs="Times New Roman"/>
          <w:sz w:val="26"/>
          <w:szCs w:val="26"/>
        </w:rPr>
        <w:tab/>
        <w:t>October 17, Harvest Fest</w:t>
      </w:r>
    </w:p>
    <w:p w14:paraId="221E2511" w14:textId="77777777" w:rsidR="007A4B56" w:rsidRPr="00E5347B" w:rsidRDefault="007A4B56" w:rsidP="007A4B56">
      <w:pPr>
        <w:pStyle w:val="List"/>
        <w:rPr>
          <w:rFonts w:ascii="Lato" w:hAnsi="Lato" w:cs="Times New Roman"/>
          <w:color w:val="auto"/>
          <w:sz w:val="26"/>
          <w:szCs w:val="26"/>
        </w:rPr>
      </w:pPr>
      <w:r w:rsidRPr="00E5347B">
        <w:rPr>
          <w:rFonts w:ascii="Lato" w:hAnsi="Lato" w:cs="Times New Roman"/>
          <w:sz w:val="26"/>
          <w:szCs w:val="26"/>
        </w:rPr>
        <w:tab/>
        <w:t>November 3 - 10 International Holy Convocation, St. Louis, MO</w:t>
      </w:r>
    </w:p>
    <w:p w14:paraId="7980C3E8" w14:textId="77777777" w:rsidR="007A4B56" w:rsidRPr="00E5347B" w:rsidRDefault="007A4B56" w:rsidP="007A4B56">
      <w:pPr>
        <w:pStyle w:val="List"/>
        <w:rPr>
          <w:rFonts w:ascii="Lato" w:hAnsi="Lato" w:cs="Times New Roman"/>
          <w:color w:val="auto"/>
          <w:sz w:val="26"/>
          <w:szCs w:val="26"/>
        </w:rPr>
      </w:pPr>
      <w:r w:rsidRPr="00E5347B">
        <w:rPr>
          <w:rFonts w:ascii="Lato" w:hAnsi="Lato" w:cs="Times New Roman"/>
          <w:sz w:val="26"/>
          <w:szCs w:val="26"/>
        </w:rPr>
        <w:tab/>
        <w:t>November 22, Pastor &amp; Wife’s Annual Family Thanksgiving Dinner</w:t>
      </w:r>
    </w:p>
    <w:p w14:paraId="5BE8871A" w14:textId="77777777" w:rsidR="007A4B56" w:rsidRPr="00E5347B" w:rsidRDefault="007A4B56" w:rsidP="007A4B56">
      <w:pPr>
        <w:pStyle w:val="List"/>
        <w:rPr>
          <w:rFonts w:ascii="Lato" w:hAnsi="Lato" w:cs="Times New Roman"/>
          <w:color w:val="auto"/>
          <w:sz w:val="26"/>
          <w:szCs w:val="26"/>
        </w:rPr>
      </w:pPr>
      <w:r w:rsidRPr="00E5347B">
        <w:rPr>
          <w:rFonts w:ascii="Lato" w:hAnsi="Lato" w:cs="Times New Roman"/>
          <w:sz w:val="26"/>
          <w:szCs w:val="26"/>
        </w:rPr>
        <w:tab/>
        <w:t>November 29, Collegiate Attire /Real Life Sunday</w:t>
      </w:r>
    </w:p>
    <w:p w14:paraId="0293D8F9" w14:textId="77777777" w:rsidR="007A4B56" w:rsidRPr="00E5347B" w:rsidRDefault="007A4B56" w:rsidP="007A4B56">
      <w:pPr>
        <w:pStyle w:val="List"/>
        <w:rPr>
          <w:rFonts w:ascii="Lato" w:hAnsi="Lato" w:cs="Times New Roman"/>
          <w:color w:val="auto"/>
          <w:sz w:val="26"/>
          <w:szCs w:val="26"/>
        </w:rPr>
      </w:pPr>
      <w:r w:rsidRPr="00E5347B">
        <w:rPr>
          <w:rFonts w:ascii="Lato" w:hAnsi="Lato" w:cs="Times New Roman"/>
          <w:sz w:val="26"/>
          <w:szCs w:val="26"/>
        </w:rPr>
        <w:tab/>
        <w:t>December 6, 85th Church Anniversary</w:t>
      </w:r>
    </w:p>
    <w:p w14:paraId="7CF78AD7" w14:textId="77777777" w:rsidR="007A4B56" w:rsidRPr="00E5347B" w:rsidRDefault="007A4B56" w:rsidP="007A4B56">
      <w:pPr>
        <w:pStyle w:val="List"/>
        <w:rPr>
          <w:rFonts w:ascii="Lato" w:hAnsi="Lato" w:cs="Times New Roman"/>
          <w:color w:val="auto"/>
          <w:sz w:val="26"/>
          <w:szCs w:val="26"/>
        </w:rPr>
      </w:pPr>
      <w:r w:rsidRPr="00E5347B">
        <w:rPr>
          <w:rFonts w:ascii="Lato" w:hAnsi="Lato" w:cs="Times New Roman"/>
          <w:sz w:val="26"/>
          <w:szCs w:val="26"/>
        </w:rPr>
        <w:tab/>
        <w:t>December 20, Annual Christmas Program</w:t>
      </w:r>
    </w:p>
    <w:p w14:paraId="3F9657C3" w14:textId="77777777" w:rsidR="007A4B56" w:rsidRPr="00E5347B" w:rsidRDefault="007A4B56" w:rsidP="007A4B56">
      <w:pPr>
        <w:pStyle w:val="List"/>
        <w:rPr>
          <w:rFonts w:ascii="Lato" w:hAnsi="Lato" w:cs="Times New Roman"/>
          <w:sz w:val="26"/>
          <w:szCs w:val="26"/>
        </w:rPr>
      </w:pPr>
      <w:r w:rsidRPr="00E5347B">
        <w:rPr>
          <w:rFonts w:ascii="Lato" w:hAnsi="Lato" w:cs="Times New Roman"/>
          <w:sz w:val="26"/>
          <w:szCs w:val="26"/>
        </w:rPr>
        <w:tab/>
        <w:t>December 31, Year End Fellowship Service /New Year’s Eve 10:30 pm</w:t>
      </w:r>
    </w:p>
    <w:p w14:paraId="4434A613" w14:textId="77777777" w:rsidR="007A4B56" w:rsidRDefault="007A4B56" w:rsidP="007A4B56">
      <w:pPr>
        <w:pStyle w:val="List"/>
        <w:rPr>
          <w:rFonts w:ascii="Times New Roman" w:hAnsi="Times New Roman" w:cs="Times New Roman"/>
          <w:sz w:val="32"/>
          <w:szCs w:val="32"/>
        </w:rPr>
      </w:pPr>
    </w:p>
    <w:p w14:paraId="0A192B9B" w14:textId="75491304" w:rsidR="002E4A78" w:rsidRDefault="002E4A78">
      <w:pPr>
        <w:rPr>
          <w:rFonts w:ascii="Times New Roman" w:hAnsi="Times New Roman" w:cs="Times New Roman"/>
          <w:color w:val="auto"/>
          <w:sz w:val="32"/>
          <w:szCs w:val="32"/>
        </w:rPr>
      </w:pPr>
      <w:r>
        <w:rPr>
          <w:rFonts w:ascii="Times New Roman" w:hAnsi="Times New Roman" w:cs="Times New Roman"/>
          <w:color w:val="auto"/>
          <w:sz w:val="32"/>
          <w:szCs w:val="32"/>
        </w:rPr>
        <w:br w:type="page"/>
      </w:r>
    </w:p>
    <w:p w14:paraId="0F6B6B28" w14:textId="77777777" w:rsidR="007A4B56" w:rsidRPr="007A4B56" w:rsidRDefault="007A4B56" w:rsidP="007A4B56">
      <w:pPr>
        <w:pStyle w:val="List"/>
        <w:rPr>
          <w:rFonts w:ascii="Times New Roman" w:hAnsi="Times New Roman" w:cs="Times New Roman"/>
          <w:color w:val="auto"/>
          <w:sz w:val="32"/>
          <w:szCs w:val="32"/>
        </w:rPr>
      </w:pPr>
    </w:p>
    <w:p w14:paraId="05B1B5C6" w14:textId="77777777" w:rsidR="007A4B56" w:rsidRPr="007A4B56" w:rsidRDefault="007A4B56" w:rsidP="007A4B56">
      <w:pPr>
        <w:spacing w:after="0" w:line="240" w:lineRule="auto"/>
        <w:rPr>
          <w:rFonts w:ascii="Times New Roman" w:eastAsia="Times New Roman" w:hAnsi="Times New Roman" w:cs="Times New Roman"/>
          <w:color w:val="auto"/>
          <w:szCs w:val="24"/>
        </w:rPr>
      </w:pPr>
    </w:p>
    <w:p w14:paraId="10704927" w14:textId="77777777" w:rsidR="007A4B56" w:rsidRPr="00600A9A" w:rsidRDefault="007A4B56" w:rsidP="007A4B56">
      <w:pPr>
        <w:pStyle w:val="ListNumber"/>
        <w:numPr>
          <w:ilvl w:val="0"/>
          <w:numId w:val="0"/>
        </w:numPr>
        <w:ind w:left="360"/>
        <w:rPr>
          <w:rFonts w:ascii="Times New Roman" w:hAnsi="Times New Roman" w:cs="Times New Roman"/>
          <w:sz w:val="32"/>
          <w:szCs w:val="32"/>
        </w:rPr>
      </w:pPr>
    </w:p>
    <w:sectPr w:rsidR="007A4B56" w:rsidRPr="00600A9A"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Lato">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A3EE514E"/>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00967AE"/>
    <w:multiLevelType w:val="multilevel"/>
    <w:tmpl w:val="A3800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522F7C"/>
    <w:multiLevelType w:val="multilevel"/>
    <w:tmpl w:val="A664B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B561F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EB971EA"/>
    <w:multiLevelType w:val="hybridMultilevel"/>
    <w:tmpl w:val="FF562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65D0D1E"/>
    <w:multiLevelType w:val="multilevel"/>
    <w:tmpl w:val="2168DBCE"/>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957827079">
    <w:abstractNumId w:val="8"/>
  </w:num>
  <w:num w:numId="2" w16cid:durableId="1236623728">
    <w:abstractNumId w:val="6"/>
  </w:num>
  <w:num w:numId="3" w16cid:durableId="1892762204">
    <w:abstractNumId w:val="5"/>
  </w:num>
  <w:num w:numId="4" w16cid:durableId="2132047813">
    <w:abstractNumId w:val="4"/>
  </w:num>
  <w:num w:numId="5" w16cid:durableId="1900555726">
    <w:abstractNumId w:val="7"/>
  </w:num>
  <w:num w:numId="6" w16cid:durableId="1006635597">
    <w:abstractNumId w:val="3"/>
  </w:num>
  <w:num w:numId="7" w16cid:durableId="2032367580">
    <w:abstractNumId w:val="2"/>
  </w:num>
  <w:num w:numId="8" w16cid:durableId="259072475">
    <w:abstractNumId w:val="1"/>
  </w:num>
  <w:num w:numId="9" w16cid:durableId="365064835">
    <w:abstractNumId w:val="0"/>
  </w:num>
  <w:num w:numId="10" w16cid:durableId="1810393791">
    <w:abstractNumId w:val="12"/>
  </w:num>
  <w:num w:numId="11" w16cid:durableId="1122500647">
    <w:abstractNumId w:val="10"/>
  </w:num>
  <w:num w:numId="12" w16cid:durableId="672875122">
    <w:abstractNumId w:val="9"/>
  </w:num>
  <w:num w:numId="13" w16cid:durableId="100880945">
    <w:abstractNumId w:val="7"/>
  </w:num>
  <w:num w:numId="14" w16cid:durableId="827945556">
    <w:abstractNumId w:val="11"/>
  </w:num>
  <w:num w:numId="15" w16cid:durableId="18555925">
    <w:abstractNumId w:val="7"/>
  </w:num>
  <w:num w:numId="16" w16cid:durableId="1646618424">
    <w:abstractNumId w:val="13"/>
  </w:num>
  <w:num w:numId="17" w16cid:durableId="2086604762">
    <w:abstractNumId w:val="7"/>
  </w:num>
  <w:num w:numId="18" w16cid:durableId="2039768275">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E2D70"/>
    <w:rsid w:val="002E4A78"/>
    <w:rsid w:val="00326F90"/>
    <w:rsid w:val="00394AD8"/>
    <w:rsid w:val="004031D8"/>
    <w:rsid w:val="00483A92"/>
    <w:rsid w:val="004A7406"/>
    <w:rsid w:val="00600A9A"/>
    <w:rsid w:val="007A4B56"/>
    <w:rsid w:val="009B0125"/>
    <w:rsid w:val="00A202BE"/>
    <w:rsid w:val="00AA1D8D"/>
    <w:rsid w:val="00B47730"/>
    <w:rsid w:val="00CB0664"/>
    <w:rsid w:val="00E5347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6272B5"/>
  <w14:defaultImageDpi w14:val="300"/>
  <w15:docId w15:val="{54F772CE-AE78-7B4F-8E2F-C7FC276B8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000000"/>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600A9A"/>
    <w:pPr>
      <w:spacing w:before="100" w:beforeAutospacing="1" w:after="100" w:afterAutospacing="1" w:line="240" w:lineRule="auto"/>
    </w:pPr>
    <w:rPr>
      <w:rFonts w:ascii="Times New Roman" w:eastAsia="Times New Roman" w:hAnsi="Times New Roman" w:cs="Times New Roman"/>
      <w:color w:val="auto"/>
      <w:szCs w:val="24"/>
    </w:rPr>
  </w:style>
  <w:style w:type="character" w:customStyle="1" w:styleId="apple-tab-span">
    <w:name w:val="apple-tab-span"/>
    <w:basedOn w:val="DefaultParagraphFont"/>
    <w:rsid w:val="00600A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337</Words>
  <Characters>1782</Characters>
  <Application>Microsoft Office Word</Application>
  <DocSecurity>0</DocSecurity>
  <Lines>93</Lines>
  <Paragraphs>66</Paragraphs>
  <ScaleCrop>false</ScaleCrop>
  <HeadingPairs>
    <vt:vector size="2" baseType="variant">
      <vt:variant>
        <vt:lpstr>Title</vt:lpstr>
      </vt:variant>
      <vt:variant>
        <vt:i4>1</vt:i4>
      </vt:variant>
    </vt:vector>
  </HeadingPairs>
  <TitlesOfParts>
    <vt:vector size="1" baseType="lpstr">
      <vt:lpstr>Jackson Memorial Temple State of the Church Agenda</vt:lpstr>
    </vt:vector>
  </TitlesOfParts>
  <Manager/>
  <Company/>
  <LinksUpToDate>false</LinksUpToDate>
  <CharactersWithSpaces>2053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Jackson Memorial Temple State of the Church Agenda</dc:title>
  <dc:subject>Membership meeting agenda for October 3 2026</dc:subject>
  <dc:creator>python-docx</dc:creator>
  <cp:keywords/>
  <dc:description>generated by python-docx</dc:description>
  <cp:lastModifiedBy>Myesha Cannon</cp:lastModifiedBy>
  <cp:revision>2</cp:revision>
  <dcterms:created xsi:type="dcterms:W3CDTF">2026-10-03T05:29:00Z</dcterms:created>
  <dcterms:modified xsi:type="dcterms:W3CDTF">2026-10-03T05:29:00Z</dcterms:modified>
  <cp:category/>
</cp:coreProperties>
</file>