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D5C97" w14:textId="77777777" w:rsidR="007142CA" w:rsidRDefault="000E11C8">
      <w:pPr>
        <w:shd w:val="clear" w:color="auto" w:fill="0D2B55"/>
        <w:spacing w:after="0"/>
      </w:pPr>
      <w:r>
        <w:rPr>
          <w:sz w:val="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F45B564" w14:textId="77777777" w:rsidR="007142CA" w:rsidRDefault="007142CA"/>
    <w:p w14:paraId="404CA16F" w14:textId="77777777" w:rsidR="007142CA" w:rsidRDefault="007142CA"/>
    <w:p w14:paraId="0155A7A9" w14:textId="2D867B9E" w:rsidR="007142CA" w:rsidRDefault="000E11C8">
      <w:pPr>
        <w:jc w:val="center"/>
      </w:pPr>
      <w:r>
        <w:rPr>
          <w:rFonts w:ascii="Georgia" w:hAnsi="Georgia"/>
          <w:b/>
          <w:color w:val="C9A227"/>
          <w:sz w:val="28"/>
        </w:rPr>
        <w:t xml:space="preserve">STUDENT STUDY </w:t>
      </w:r>
      <w:r w:rsidR="004774B3">
        <w:rPr>
          <w:rFonts w:ascii="Georgia" w:hAnsi="Georgia"/>
          <w:b/>
          <w:color w:val="C9A227"/>
          <w:sz w:val="28"/>
        </w:rPr>
        <w:t>GUIDE | 8</w:t>
      </w:r>
      <w:r>
        <w:rPr>
          <w:rFonts w:ascii="Georgia" w:hAnsi="Georgia"/>
          <w:b/>
          <w:color w:val="C9A227"/>
          <w:sz w:val="28"/>
        </w:rPr>
        <w:t>-Week Discipleship Course</w:t>
      </w:r>
    </w:p>
    <w:p w14:paraId="4E0DB338" w14:textId="77777777" w:rsidR="007142CA" w:rsidRDefault="007142CA"/>
    <w:p w14:paraId="7EA1475A" w14:textId="77777777" w:rsidR="007142CA" w:rsidRDefault="000E11C8">
      <w:pPr>
        <w:shd w:val="clear" w:color="auto" w:fill="C9A227"/>
        <w:spacing w:before="80" w:after="80"/>
        <w:jc w:val="center"/>
      </w:pPr>
      <w:r>
        <w:rPr>
          <w:rFonts w:ascii="Georgia" w:hAnsi="Georgia"/>
          <w:b/>
          <w:color w:val="FFFFFF"/>
          <w:sz w:val="24"/>
        </w:rPr>
        <w:t xml:space="preserve">  ✦  CALLED TO FOLLOW  ·  EQUIPPED TO MULTIPLY  ✦  </w:t>
      </w:r>
    </w:p>
    <w:p w14:paraId="0C3B5577" w14:textId="77777777" w:rsidR="007142CA" w:rsidRDefault="007142CA"/>
    <w:p w14:paraId="5B4A5CD1" w14:textId="77777777" w:rsidR="007142CA" w:rsidRDefault="000E11C8">
      <w:pPr>
        <w:jc w:val="center"/>
      </w:pPr>
      <w:r>
        <w:rPr>
          <w:rFonts w:ascii="Georgia" w:hAnsi="Georgia"/>
          <w:i/>
          <w:color w:val="1A6B6B"/>
          <w:sz w:val="26"/>
        </w:rPr>
        <w:t>"And he said to them all, If any man will come after me,</w:t>
      </w:r>
      <w:r>
        <w:rPr>
          <w:rFonts w:ascii="Georgia" w:hAnsi="Georgia"/>
          <w:i/>
          <w:color w:val="1A6B6B"/>
          <w:sz w:val="26"/>
        </w:rPr>
        <w:br/>
        <w:t>let him deny himself, and take up his cross daily, and follow me."</w:t>
      </w:r>
    </w:p>
    <w:p w14:paraId="4ED7ACAB" w14:textId="77777777" w:rsidR="007142CA" w:rsidRDefault="000E11C8">
      <w:pPr>
        <w:jc w:val="center"/>
      </w:pPr>
      <w:r>
        <w:rPr>
          <w:rFonts w:ascii="Georgia" w:hAnsi="Georgia"/>
          <w:b/>
          <w:color w:val="8B6F10"/>
        </w:rPr>
        <w:t>— Luke 9:23 (KJV)</w:t>
      </w:r>
    </w:p>
    <w:p w14:paraId="430807CB" w14:textId="77777777" w:rsidR="007142CA" w:rsidRDefault="007142CA"/>
    <w:p w14:paraId="261FD143" w14:textId="77777777" w:rsidR="007142CA" w:rsidRDefault="007142CA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0112505C" w14:textId="77777777">
        <w:trPr>
          <w:jc w:val="center"/>
        </w:trPr>
        <w:tc>
          <w:tcPr>
            <w:tcW w:w="4896" w:type="dxa"/>
            <w:shd w:val="clear" w:color="auto" w:fill="0D2B55"/>
          </w:tcPr>
          <w:p w14:paraId="2DABBB00" w14:textId="77777777" w:rsidR="007142CA" w:rsidRDefault="000E11C8">
            <w:r>
              <w:rPr>
                <w:rFonts w:ascii="Calibri" w:hAnsi="Calibri"/>
                <w:b/>
                <w:color w:val="C9A227"/>
              </w:rPr>
              <w:t>Name:</w:t>
            </w:r>
          </w:p>
        </w:tc>
        <w:tc>
          <w:tcPr>
            <w:tcW w:w="4896" w:type="dxa"/>
            <w:shd w:val="clear" w:color="auto" w:fill="FDF6E3"/>
          </w:tcPr>
          <w:p w14:paraId="3031C9AA" w14:textId="77777777" w:rsidR="007142CA" w:rsidRDefault="007142CA"/>
        </w:tc>
      </w:tr>
      <w:tr w:rsidR="007142CA" w14:paraId="781113BF" w14:textId="77777777">
        <w:trPr>
          <w:jc w:val="center"/>
        </w:trPr>
        <w:tc>
          <w:tcPr>
            <w:tcW w:w="4896" w:type="dxa"/>
            <w:shd w:val="clear" w:color="auto" w:fill="0D2B55"/>
          </w:tcPr>
          <w:p w14:paraId="36A1857B" w14:textId="77777777" w:rsidR="007142CA" w:rsidRDefault="000E11C8">
            <w:r>
              <w:rPr>
                <w:rFonts w:ascii="Calibri" w:hAnsi="Calibri"/>
                <w:b/>
                <w:color w:val="C9A227"/>
              </w:rPr>
              <w:t>Date Started:</w:t>
            </w:r>
          </w:p>
        </w:tc>
        <w:tc>
          <w:tcPr>
            <w:tcW w:w="4896" w:type="dxa"/>
            <w:shd w:val="clear" w:color="auto" w:fill="FDF6E3"/>
          </w:tcPr>
          <w:p w14:paraId="6D8A9207" w14:textId="77777777" w:rsidR="007142CA" w:rsidRDefault="007142CA"/>
        </w:tc>
      </w:tr>
      <w:tr w:rsidR="007142CA" w14:paraId="2611A6FC" w14:textId="77777777">
        <w:trPr>
          <w:jc w:val="center"/>
        </w:trPr>
        <w:tc>
          <w:tcPr>
            <w:tcW w:w="4896" w:type="dxa"/>
            <w:shd w:val="clear" w:color="auto" w:fill="0D2B55"/>
          </w:tcPr>
          <w:p w14:paraId="422F744F" w14:textId="77777777" w:rsidR="007142CA" w:rsidRDefault="000E11C8">
            <w:r>
              <w:rPr>
                <w:rFonts w:ascii="Calibri" w:hAnsi="Calibri"/>
                <w:b/>
                <w:color w:val="C9A227"/>
              </w:rPr>
              <w:t>My Church:</w:t>
            </w:r>
          </w:p>
        </w:tc>
        <w:tc>
          <w:tcPr>
            <w:tcW w:w="4896" w:type="dxa"/>
            <w:shd w:val="clear" w:color="auto" w:fill="FDF6E3"/>
          </w:tcPr>
          <w:p w14:paraId="318DC029" w14:textId="77777777" w:rsidR="007142CA" w:rsidRDefault="007142CA"/>
        </w:tc>
      </w:tr>
      <w:tr w:rsidR="007142CA" w14:paraId="60FD84FE" w14:textId="77777777">
        <w:trPr>
          <w:jc w:val="center"/>
        </w:trPr>
        <w:tc>
          <w:tcPr>
            <w:tcW w:w="4896" w:type="dxa"/>
            <w:shd w:val="clear" w:color="auto" w:fill="0D2B55"/>
          </w:tcPr>
          <w:p w14:paraId="0E3FCCF8" w14:textId="77777777" w:rsidR="007142CA" w:rsidRDefault="000E11C8">
            <w:r>
              <w:rPr>
                <w:rFonts w:ascii="Calibri" w:hAnsi="Calibri"/>
                <w:b/>
                <w:color w:val="C9A227"/>
              </w:rPr>
              <w:t>My Group / Class:</w:t>
            </w:r>
          </w:p>
        </w:tc>
        <w:tc>
          <w:tcPr>
            <w:tcW w:w="4896" w:type="dxa"/>
            <w:shd w:val="clear" w:color="auto" w:fill="FDF6E3"/>
          </w:tcPr>
          <w:p w14:paraId="40A6FB25" w14:textId="77777777" w:rsidR="007142CA" w:rsidRDefault="007142CA"/>
        </w:tc>
      </w:tr>
    </w:tbl>
    <w:p w14:paraId="78E3FA35" w14:textId="77777777" w:rsidR="007142CA" w:rsidRDefault="007142CA"/>
    <w:p w14:paraId="5D02BFB5" w14:textId="77777777" w:rsidR="007142CA" w:rsidRDefault="000E11C8">
      <w:pPr>
        <w:spacing w:after="60"/>
      </w:pPr>
      <w:r>
        <w:rPr>
          <w:rFonts w:ascii="Calibri" w:hAnsi="Calibri"/>
          <w:color w:val="2C2C2C"/>
        </w:rPr>
        <w:t>Welcome to Discipleship 2026! Over 8 weeks — across two sessions — you will explore what it truly means to follow Jesus Christ with your whole life. This is not a passive course. It is an invitation to be transformed from the inside out as a genuine disciple of Jesus.</w:t>
      </w:r>
    </w:p>
    <w:p w14:paraId="7ADA9612" w14:textId="77777777" w:rsidR="007142CA" w:rsidRDefault="000E11C8">
      <w:pPr>
        <w:spacing w:before="120" w:after="40"/>
      </w:pPr>
      <w:r>
        <w:rPr>
          <w:rFonts w:ascii="Calibri" w:hAnsi="Calibri"/>
          <w:b/>
          <w:color w:val="8B6F10"/>
          <w:sz w:val="24"/>
        </w:rPr>
        <w:t>COURSE MAP AT A GLANCE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</w:tblGrid>
      <w:tr w:rsidR="007142CA" w14:paraId="224C9B48" w14:textId="77777777">
        <w:trPr>
          <w:jc w:val="center"/>
        </w:trPr>
        <w:tc>
          <w:tcPr>
            <w:tcW w:w="2448" w:type="dxa"/>
            <w:shd w:val="clear" w:color="auto" w:fill="0D2B55"/>
          </w:tcPr>
          <w:p w14:paraId="2EBC34A4" w14:textId="77777777" w:rsidR="007142CA" w:rsidRDefault="000E11C8">
            <w:r>
              <w:rPr>
                <w:rFonts w:ascii="Calibri" w:hAnsi="Calibri"/>
                <w:b/>
                <w:color w:val="C9A227"/>
                <w:sz w:val="18"/>
              </w:rPr>
              <w:t>WK</w:t>
            </w:r>
          </w:p>
        </w:tc>
        <w:tc>
          <w:tcPr>
            <w:tcW w:w="2448" w:type="dxa"/>
            <w:shd w:val="clear" w:color="auto" w:fill="0D2B55"/>
          </w:tcPr>
          <w:p w14:paraId="053C340D" w14:textId="77777777" w:rsidR="007142CA" w:rsidRDefault="000E11C8">
            <w:r>
              <w:rPr>
                <w:rFonts w:ascii="Calibri" w:hAnsi="Calibri"/>
                <w:b/>
                <w:color w:val="C9A227"/>
                <w:sz w:val="18"/>
              </w:rPr>
              <w:t>TITLE</w:t>
            </w:r>
          </w:p>
        </w:tc>
        <w:tc>
          <w:tcPr>
            <w:tcW w:w="2448" w:type="dxa"/>
            <w:shd w:val="clear" w:color="auto" w:fill="0D2B55"/>
          </w:tcPr>
          <w:p w14:paraId="71A57A3C" w14:textId="77777777" w:rsidR="007142CA" w:rsidRDefault="000E11C8">
            <w:r>
              <w:rPr>
                <w:rFonts w:ascii="Calibri" w:hAnsi="Calibri"/>
                <w:b/>
                <w:color w:val="C9A227"/>
                <w:sz w:val="18"/>
              </w:rPr>
              <w:t>SCRIPTURE</w:t>
            </w:r>
          </w:p>
        </w:tc>
        <w:tc>
          <w:tcPr>
            <w:tcW w:w="2448" w:type="dxa"/>
            <w:shd w:val="clear" w:color="auto" w:fill="0D2B55"/>
          </w:tcPr>
          <w:p w14:paraId="744F53BE" w14:textId="77777777" w:rsidR="007142CA" w:rsidRDefault="000E11C8">
            <w:r>
              <w:rPr>
                <w:rFonts w:ascii="Calibri" w:hAnsi="Calibri"/>
                <w:b/>
                <w:color w:val="C9A227"/>
                <w:sz w:val="18"/>
              </w:rPr>
              <w:t>SESSION</w:t>
            </w:r>
          </w:p>
        </w:tc>
      </w:tr>
      <w:tr w:rsidR="007142CA" w14:paraId="61A67A3E" w14:textId="77777777">
        <w:trPr>
          <w:jc w:val="center"/>
        </w:trPr>
        <w:tc>
          <w:tcPr>
            <w:tcW w:w="2448" w:type="dxa"/>
            <w:shd w:val="clear" w:color="auto" w:fill="1A6B6B"/>
          </w:tcPr>
          <w:p w14:paraId="6FEDEB5A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1</w:t>
            </w:r>
          </w:p>
        </w:tc>
        <w:tc>
          <w:tcPr>
            <w:tcW w:w="2448" w:type="dxa"/>
            <w:shd w:val="clear" w:color="auto" w:fill="FDF6E3"/>
          </w:tcPr>
          <w:p w14:paraId="156ABF81" w14:textId="77777777" w:rsidR="007142CA" w:rsidRDefault="000E11C8">
            <w:r>
              <w:rPr>
                <w:rFonts w:ascii="Calibri" w:hAnsi="Calibri"/>
                <w:color w:val="2C2C2C"/>
                <w:sz w:val="18"/>
              </w:rPr>
              <w:t>The Call to Discipleship</w:t>
            </w:r>
          </w:p>
        </w:tc>
        <w:tc>
          <w:tcPr>
            <w:tcW w:w="2448" w:type="dxa"/>
            <w:shd w:val="clear" w:color="auto" w:fill="FDF6E3"/>
          </w:tcPr>
          <w:p w14:paraId="3B41693E" w14:textId="77777777" w:rsidR="007142CA" w:rsidRDefault="000E11C8">
            <w:r>
              <w:rPr>
                <w:rFonts w:ascii="Calibri" w:hAnsi="Calibri"/>
                <w:color w:val="2C2C2C"/>
                <w:sz w:val="18"/>
              </w:rPr>
              <w:t>Matt 4:18–22; Luke 9:23–26</w:t>
            </w:r>
          </w:p>
        </w:tc>
        <w:tc>
          <w:tcPr>
            <w:tcW w:w="2448" w:type="dxa"/>
            <w:shd w:val="clear" w:color="auto" w:fill="FDF6E3"/>
          </w:tcPr>
          <w:p w14:paraId="576F3DE6" w14:textId="77777777" w:rsidR="007142CA" w:rsidRDefault="000E11C8">
            <w:r>
              <w:rPr>
                <w:rFonts w:ascii="Calibri" w:hAnsi="Calibri"/>
                <w:color w:val="2C2C2C"/>
                <w:sz w:val="18"/>
              </w:rPr>
              <w:t>SESSION 1 — APRIL</w:t>
            </w:r>
          </w:p>
        </w:tc>
      </w:tr>
      <w:tr w:rsidR="007142CA" w14:paraId="4B36EAB2" w14:textId="77777777">
        <w:trPr>
          <w:jc w:val="center"/>
        </w:trPr>
        <w:tc>
          <w:tcPr>
            <w:tcW w:w="2448" w:type="dxa"/>
            <w:shd w:val="clear" w:color="auto" w:fill="1A6B6B"/>
          </w:tcPr>
          <w:p w14:paraId="4AAC869F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2</w:t>
            </w:r>
          </w:p>
        </w:tc>
        <w:tc>
          <w:tcPr>
            <w:tcW w:w="2448" w:type="dxa"/>
            <w:shd w:val="clear" w:color="auto" w:fill="FFFFFF"/>
          </w:tcPr>
          <w:p w14:paraId="57B56364" w14:textId="77777777" w:rsidR="007142CA" w:rsidRDefault="000E11C8">
            <w:r>
              <w:rPr>
                <w:rFonts w:ascii="Calibri" w:hAnsi="Calibri"/>
                <w:color w:val="2C2C2C"/>
                <w:sz w:val="18"/>
              </w:rPr>
              <w:t>The Cost of Discipleship</w:t>
            </w:r>
          </w:p>
        </w:tc>
        <w:tc>
          <w:tcPr>
            <w:tcW w:w="2448" w:type="dxa"/>
            <w:shd w:val="clear" w:color="auto" w:fill="FFFFFF"/>
          </w:tcPr>
          <w:p w14:paraId="64B2E72A" w14:textId="77777777" w:rsidR="007142CA" w:rsidRDefault="000E11C8">
            <w:r>
              <w:rPr>
                <w:rFonts w:ascii="Calibri" w:hAnsi="Calibri"/>
                <w:color w:val="2C2C2C"/>
                <w:sz w:val="18"/>
              </w:rPr>
              <w:t>Luke 14:25–33; Matt 10:37–39</w:t>
            </w:r>
          </w:p>
        </w:tc>
        <w:tc>
          <w:tcPr>
            <w:tcW w:w="2448" w:type="dxa"/>
            <w:shd w:val="clear" w:color="auto" w:fill="FFFFFF"/>
          </w:tcPr>
          <w:p w14:paraId="3E5B2F6B" w14:textId="77777777" w:rsidR="007142CA" w:rsidRDefault="000E11C8">
            <w:r>
              <w:rPr>
                <w:rFonts w:ascii="Calibri" w:hAnsi="Calibri"/>
                <w:color w:val="2C2C2C"/>
                <w:sz w:val="18"/>
              </w:rPr>
              <w:t>SESSION 1 — APRIL</w:t>
            </w:r>
          </w:p>
        </w:tc>
      </w:tr>
      <w:tr w:rsidR="007142CA" w14:paraId="00AAAB41" w14:textId="77777777">
        <w:trPr>
          <w:jc w:val="center"/>
        </w:trPr>
        <w:tc>
          <w:tcPr>
            <w:tcW w:w="2448" w:type="dxa"/>
            <w:shd w:val="clear" w:color="auto" w:fill="1A6B6B"/>
          </w:tcPr>
          <w:p w14:paraId="14D68BCE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3</w:t>
            </w:r>
          </w:p>
        </w:tc>
        <w:tc>
          <w:tcPr>
            <w:tcW w:w="2448" w:type="dxa"/>
            <w:shd w:val="clear" w:color="auto" w:fill="FDF6E3"/>
          </w:tcPr>
          <w:p w14:paraId="05BE08D9" w14:textId="77777777" w:rsidR="007142CA" w:rsidRDefault="000E11C8">
            <w:r>
              <w:rPr>
                <w:rFonts w:ascii="Calibri" w:hAnsi="Calibri"/>
                <w:color w:val="2C2C2C"/>
                <w:sz w:val="18"/>
              </w:rPr>
              <w:t>The Character of a Disciple</w:t>
            </w:r>
          </w:p>
        </w:tc>
        <w:tc>
          <w:tcPr>
            <w:tcW w:w="2448" w:type="dxa"/>
            <w:shd w:val="clear" w:color="auto" w:fill="FDF6E3"/>
          </w:tcPr>
          <w:p w14:paraId="66662A59" w14:textId="77777777" w:rsidR="007142CA" w:rsidRDefault="000E11C8">
            <w:r>
              <w:rPr>
                <w:rFonts w:ascii="Calibri" w:hAnsi="Calibri"/>
                <w:color w:val="2C2C2C"/>
                <w:sz w:val="18"/>
              </w:rPr>
              <w:t>John 13:34–35; Gal 5:22–25</w:t>
            </w:r>
          </w:p>
        </w:tc>
        <w:tc>
          <w:tcPr>
            <w:tcW w:w="2448" w:type="dxa"/>
            <w:shd w:val="clear" w:color="auto" w:fill="FDF6E3"/>
          </w:tcPr>
          <w:p w14:paraId="7873770A" w14:textId="77777777" w:rsidR="007142CA" w:rsidRDefault="000E11C8">
            <w:r>
              <w:rPr>
                <w:rFonts w:ascii="Calibri" w:hAnsi="Calibri"/>
                <w:color w:val="2C2C2C"/>
                <w:sz w:val="18"/>
              </w:rPr>
              <w:t>SESSION 1 — APRIL</w:t>
            </w:r>
          </w:p>
        </w:tc>
      </w:tr>
      <w:tr w:rsidR="007142CA" w14:paraId="02D87E1C" w14:textId="77777777">
        <w:trPr>
          <w:jc w:val="center"/>
        </w:trPr>
        <w:tc>
          <w:tcPr>
            <w:tcW w:w="2448" w:type="dxa"/>
            <w:shd w:val="clear" w:color="auto" w:fill="1A6B6B"/>
          </w:tcPr>
          <w:p w14:paraId="2E789064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4</w:t>
            </w:r>
          </w:p>
        </w:tc>
        <w:tc>
          <w:tcPr>
            <w:tcW w:w="2448" w:type="dxa"/>
            <w:shd w:val="clear" w:color="auto" w:fill="FFFFFF"/>
          </w:tcPr>
          <w:p w14:paraId="62481382" w14:textId="77777777" w:rsidR="007142CA" w:rsidRDefault="000E11C8">
            <w:r>
              <w:rPr>
                <w:rFonts w:ascii="Calibri" w:hAnsi="Calibri"/>
                <w:color w:val="2C2C2C"/>
                <w:sz w:val="18"/>
              </w:rPr>
              <w:t>The Community of Discipleship</w:t>
            </w:r>
          </w:p>
        </w:tc>
        <w:tc>
          <w:tcPr>
            <w:tcW w:w="2448" w:type="dxa"/>
            <w:shd w:val="clear" w:color="auto" w:fill="FFFFFF"/>
          </w:tcPr>
          <w:p w14:paraId="02215D00" w14:textId="77777777" w:rsidR="007142CA" w:rsidRDefault="000E11C8">
            <w:r>
              <w:rPr>
                <w:rFonts w:ascii="Calibri" w:hAnsi="Calibri"/>
                <w:color w:val="2C2C2C"/>
                <w:sz w:val="18"/>
              </w:rPr>
              <w:t>Acts 2:42–47; Heb 10:24–25</w:t>
            </w:r>
          </w:p>
        </w:tc>
        <w:tc>
          <w:tcPr>
            <w:tcW w:w="2448" w:type="dxa"/>
            <w:shd w:val="clear" w:color="auto" w:fill="FFFFFF"/>
          </w:tcPr>
          <w:p w14:paraId="54F9810C" w14:textId="77777777" w:rsidR="007142CA" w:rsidRDefault="000E11C8">
            <w:r>
              <w:rPr>
                <w:rFonts w:ascii="Calibri" w:hAnsi="Calibri"/>
                <w:color w:val="2C2C2C"/>
                <w:sz w:val="18"/>
              </w:rPr>
              <w:t>SESSION 1 — APRIL</w:t>
            </w:r>
          </w:p>
        </w:tc>
      </w:tr>
      <w:tr w:rsidR="007142CA" w14:paraId="15FA5C60" w14:textId="77777777">
        <w:trPr>
          <w:jc w:val="center"/>
        </w:trPr>
        <w:tc>
          <w:tcPr>
            <w:tcW w:w="2448" w:type="dxa"/>
            <w:shd w:val="clear" w:color="auto" w:fill="1B5E20"/>
          </w:tcPr>
          <w:p w14:paraId="466AACFF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5</w:t>
            </w:r>
          </w:p>
        </w:tc>
        <w:tc>
          <w:tcPr>
            <w:tcW w:w="2448" w:type="dxa"/>
            <w:shd w:val="clear" w:color="auto" w:fill="FDF6E3"/>
          </w:tcPr>
          <w:p w14:paraId="057B8EA8" w14:textId="77777777" w:rsidR="007142CA" w:rsidRDefault="000E11C8">
            <w:r>
              <w:rPr>
                <w:rFonts w:ascii="Calibri" w:hAnsi="Calibri"/>
                <w:color w:val="2C2C2C"/>
                <w:sz w:val="18"/>
              </w:rPr>
              <w:t>The Word in the Disciple</w:t>
            </w:r>
          </w:p>
        </w:tc>
        <w:tc>
          <w:tcPr>
            <w:tcW w:w="2448" w:type="dxa"/>
            <w:shd w:val="clear" w:color="auto" w:fill="FDF6E3"/>
          </w:tcPr>
          <w:p w14:paraId="701C693E" w14:textId="77777777" w:rsidR="007142CA" w:rsidRDefault="000E11C8">
            <w:r>
              <w:rPr>
                <w:rFonts w:ascii="Calibri" w:hAnsi="Calibri"/>
                <w:color w:val="2C2C2C"/>
                <w:sz w:val="18"/>
              </w:rPr>
              <w:t>2 Tim 3:14–17; Ps 119:9–11</w:t>
            </w:r>
          </w:p>
        </w:tc>
        <w:tc>
          <w:tcPr>
            <w:tcW w:w="2448" w:type="dxa"/>
            <w:shd w:val="clear" w:color="auto" w:fill="FDF6E3"/>
          </w:tcPr>
          <w:p w14:paraId="0CFE61CB" w14:textId="77777777" w:rsidR="007142CA" w:rsidRDefault="000E11C8">
            <w:r>
              <w:rPr>
                <w:rFonts w:ascii="Calibri" w:hAnsi="Calibri"/>
                <w:color w:val="2C2C2C"/>
                <w:sz w:val="18"/>
              </w:rPr>
              <w:t>SESSION 2 — OCTOBER</w:t>
            </w:r>
          </w:p>
        </w:tc>
      </w:tr>
      <w:tr w:rsidR="007142CA" w14:paraId="4A67B796" w14:textId="77777777">
        <w:trPr>
          <w:jc w:val="center"/>
        </w:trPr>
        <w:tc>
          <w:tcPr>
            <w:tcW w:w="2448" w:type="dxa"/>
            <w:shd w:val="clear" w:color="auto" w:fill="1B5E20"/>
          </w:tcPr>
          <w:p w14:paraId="40B6881F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6</w:t>
            </w:r>
          </w:p>
        </w:tc>
        <w:tc>
          <w:tcPr>
            <w:tcW w:w="2448" w:type="dxa"/>
            <w:shd w:val="clear" w:color="auto" w:fill="FFFFFF"/>
          </w:tcPr>
          <w:p w14:paraId="3590DE69" w14:textId="77777777" w:rsidR="007142CA" w:rsidRDefault="000E11C8">
            <w:r>
              <w:rPr>
                <w:rFonts w:ascii="Calibri" w:hAnsi="Calibri"/>
                <w:color w:val="2C2C2C"/>
                <w:sz w:val="18"/>
              </w:rPr>
              <w:t>The Prayer Life of a Disciple</w:t>
            </w:r>
          </w:p>
        </w:tc>
        <w:tc>
          <w:tcPr>
            <w:tcW w:w="2448" w:type="dxa"/>
            <w:shd w:val="clear" w:color="auto" w:fill="FFFFFF"/>
          </w:tcPr>
          <w:p w14:paraId="11B1311F" w14:textId="77777777" w:rsidR="007142CA" w:rsidRDefault="000E11C8">
            <w:r>
              <w:rPr>
                <w:rFonts w:ascii="Calibri" w:hAnsi="Calibri"/>
                <w:color w:val="2C2C2C"/>
                <w:sz w:val="18"/>
              </w:rPr>
              <w:t>Matt 6:5–13; 1 Thess 5:16–18</w:t>
            </w:r>
          </w:p>
        </w:tc>
        <w:tc>
          <w:tcPr>
            <w:tcW w:w="2448" w:type="dxa"/>
            <w:shd w:val="clear" w:color="auto" w:fill="FFFFFF"/>
          </w:tcPr>
          <w:p w14:paraId="55B636F8" w14:textId="77777777" w:rsidR="007142CA" w:rsidRDefault="000E11C8">
            <w:r>
              <w:rPr>
                <w:rFonts w:ascii="Calibri" w:hAnsi="Calibri"/>
                <w:color w:val="2C2C2C"/>
                <w:sz w:val="18"/>
              </w:rPr>
              <w:t>SESSION 2 — OCTOBER</w:t>
            </w:r>
          </w:p>
        </w:tc>
      </w:tr>
      <w:tr w:rsidR="007142CA" w14:paraId="551BEB3A" w14:textId="77777777">
        <w:trPr>
          <w:jc w:val="center"/>
        </w:trPr>
        <w:tc>
          <w:tcPr>
            <w:tcW w:w="2448" w:type="dxa"/>
            <w:shd w:val="clear" w:color="auto" w:fill="1B5E20"/>
          </w:tcPr>
          <w:p w14:paraId="07FADA20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7</w:t>
            </w:r>
          </w:p>
        </w:tc>
        <w:tc>
          <w:tcPr>
            <w:tcW w:w="2448" w:type="dxa"/>
            <w:shd w:val="clear" w:color="auto" w:fill="FDF6E3"/>
          </w:tcPr>
          <w:p w14:paraId="3D8EAEEE" w14:textId="77777777" w:rsidR="007142CA" w:rsidRDefault="000E11C8">
            <w:r>
              <w:rPr>
                <w:rFonts w:ascii="Calibri" w:hAnsi="Calibri"/>
                <w:color w:val="2C2C2C"/>
                <w:sz w:val="18"/>
              </w:rPr>
              <w:t>The Witness of a Disciple</w:t>
            </w:r>
          </w:p>
        </w:tc>
        <w:tc>
          <w:tcPr>
            <w:tcW w:w="2448" w:type="dxa"/>
            <w:shd w:val="clear" w:color="auto" w:fill="FDF6E3"/>
          </w:tcPr>
          <w:p w14:paraId="25D9A7DF" w14:textId="77777777" w:rsidR="007142CA" w:rsidRDefault="000E11C8">
            <w:r>
              <w:rPr>
                <w:rFonts w:ascii="Calibri" w:hAnsi="Calibri"/>
                <w:color w:val="2C2C2C"/>
                <w:sz w:val="18"/>
              </w:rPr>
              <w:t>Matt 28:18–20; Acts 1:8</w:t>
            </w:r>
          </w:p>
        </w:tc>
        <w:tc>
          <w:tcPr>
            <w:tcW w:w="2448" w:type="dxa"/>
            <w:shd w:val="clear" w:color="auto" w:fill="FDF6E3"/>
          </w:tcPr>
          <w:p w14:paraId="2A09CD76" w14:textId="77777777" w:rsidR="007142CA" w:rsidRDefault="000E11C8">
            <w:r>
              <w:rPr>
                <w:rFonts w:ascii="Calibri" w:hAnsi="Calibri"/>
                <w:color w:val="2C2C2C"/>
                <w:sz w:val="18"/>
              </w:rPr>
              <w:t>SESSION 2 — OCTOBER</w:t>
            </w:r>
          </w:p>
        </w:tc>
      </w:tr>
      <w:tr w:rsidR="007142CA" w14:paraId="7FBA0DA3" w14:textId="77777777">
        <w:trPr>
          <w:jc w:val="center"/>
        </w:trPr>
        <w:tc>
          <w:tcPr>
            <w:tcW w:w="2448" w:type="dxa"/>
            <w:shd w:val="clear" w:color="auto" w:fill="1B5E20"/>
          </w:tcPr>
          <w:p w14:paraId="2B1BF53A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8</w:t>
            </w:r>
          </w:p>
        </w:tc>
        <w:tc>
          <w:tcPr>
            <w:tcW w:w="2448" w:type="dxa"/>
            <w:shd w:val="clear" w:color="auto" w:fill="FFFFFF"/>
          </w:tcPr>
          <w:p w14:paraId="6A9B6DC9" w14:textId="77777777" w:rsidR="007142CA" w:rsidRDefault="000E11C8">
            <w:r>
              <w:rPr>
                <w:rFonts w:ascii="Calibri" w:hAnsi="Calibri"/>
                <w:color w:val="2C2C2C"/>
                <w:sz w:val="18"/>
              </w:rPr>
              <w:t>The Maturing Disciple</w:t>
            </w:r>
          </w:p>
        </w:tc>
        <w:tc>
          <w:tcPr>
            <w:tcW w:w="2448" w:type="dxa"/>
            <w:shd w:val="clear" w:color="auto" w:fill="FFFFFF"/>
          </w:tcPr>
          <w:p w14:paraId="67CFAF4E" w14:textId="77777777" w:rsidR="007142CA" w:rsidRDefault="000E11C8">
            <w:r>
              <w:rPr>
                <w:rFonts w:ascii="Calibri" w:hAnsi="Calibri"/>
                <w:color w:val="2C2C2C"/>
                <w:sz w:val="18"/>
              </w:rPr>
              <w:t>Phil 3:12–14; Col 1:28–29</w:t>
            </w:r>
          </w:p>
        </w:tc>
        <w:tc>
          <w:tcPr>
            <w:tcW w:w="2448" w:type="dxa"/>
            <w:shd w:val="clear" w:color="auto" w:fill="FFFFFF"/>
          </w:tcPr>
          <w:p w14:paraId="258523C5" w14:textId="77777777" w:rsidR="007142CA" w:rsidRDefault="000E11C8">
            <w:r>
              <w:rPr>
                <w:rFonts w:ascii="Calibri" w:hAnsi="Calibri"/>
                <w:color w:val="2C2C2C"/>
                <w:sz w:val="18"/>
              </w:rPr>
              <w:t>SESSION 2 — OCTOBER</w:t>
            </w:r>
          </w:p>
        </w:tc>
      </w:tr>
    </w:tbl>
    <w:p w14:paraId="1FAA1496" w14:textId="77777777" w:rsidR="007142CA" w:rsidRDefault="000E11C8">
      <w:r>
        <w:br w:type="page"/>
      </w: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id w:val="188929914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62E75C7F" w14:textId="23604C45" w:rsidR="000E67A9" w:rsidRDefault="000E67A9" w:rsidP="002C6033">
          <w:pPr>
            <w:pStyle w:val="TOCHeading"/>
            <w:tabs>
              <w:tab w:val="left" w:pos="3210"/>
            </w:tabs>
          </w:pPr>
          <w:r>
            <w:t>Contents</w:t>
          </w:r>
          <w:r w:rsidR="002C6033">
            <w:tab/>
          </w:r>
        </w:p>
        <w:p w14:paraId="3DC3E08D" w14:textId="2D7E83AD" w:rsidR="008B7BFD" w:rsidRDefault="000E67A9">
          <w:pPr>
            <w:pStyle w:val="TOC2"/>
            <w:tabs>
              <w:tab w:val="right" w:leader="dot" w:pos="978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4725420" w:history="1">
            <w:r w:rsidR="008B7BFD" w:rsidRPr="00AA0311">
              <w:rPr>
                <w:rStyle w:val="Hyperlink"/>
                <w:noProof/>
              </w:rPr>
              <w:t>Foundations of Discipleship | April 2026 | Weeks 1–4</w:t>
            </w:r>
            <w:r w:rsidR="008B7BFD">
              <w:rPr>
                <w:noProof/>
                <w:webHidden/>
              </w:rPr>
              <w:tab/>
            </w:r>
            <w:r w:rsidR="008B7BFD">
              <w:rPr>
                <w:noProof/>
                <w:webHidden/>
              </w:rPr>
              <w:fldChar w:fldCharType="begin"/>
            </w:r>
            <w:r w:rsidR="008B7BFD">
              <w:rPr>
                <w:noProof/>
                <w:webHidden/>
              </w:rPr>
              <w:instrText xml:space="preserve"> PAGEREF _Toc224725420 \h </w:instrText>
            </w:r>
            <w:r w:rsidR="008B7BFD">
              <w:rPr>
                <w:noProof/>
                <w:webHidden/>
              </w:rPr>
            </w:r>
            <w:r w:rsidR="008B7BFD">
              <w:rPr>
                <w:noProof/>
                <w:webHidden/>
              </w:rPr>
              <w:fldChar w:fldCharType="separate"/>
            </w:r>
            <w:r w:rsidR="008B7BFD">
              <w:rPr>
                <w:noProof/>
                <w:webHidden/>
              </w:rPr>
              <w:t>2</w:t>
            </w:r>
            <w:r w:rsidR="008B7BFD">
              <w:rPr>
                <w:noProof/>
                <w:webHidden/>
              </w:rPr>
              <w:fldChar w:fldCharType="end"/>
            </w:r>
          </w:hyperlink>
        </w:p>
        <w:p w14:paraId="1E8A45DC" w14:textId="152020F3" w:rsidR="008B7BFD" w:rsidRDefault="008B7BFD">
          <w:pPr>
            <w:pStyle w:val="TOC3"/>
            <w:tabs>
              <w:tab w:val="right" w:leader="dot" w:pos="978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24725421" w:history="1">
            <w:r w:rsidRPr="00AA0311">
              <w:rPr>
                <w:rStyle w:val="Hyperlink"/>
                <w:noProof/>
              </w:rPr>
              <w:t>WEEK 1  |  THE CALL TO DISCIPLESHIP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_Toc224725421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A6CB16" w14:textId="759B3619" w:rsidR="008B7BFD" w:rsidRDefault="008B7BFD">
          <w:pPr>
            <w:pStyle w:val="TOC3"/>
            <w:tabs>
              <w:tab w:val="right" w:leader="dot" w:pos="978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24725422" w:history="1">
            <w:r w:rsidRPr="00AA0311">
              <w:rPr>
                <w:rStyle w:val="Hyperlink"/>
                <w:noProof/>
              </w:rPr>
              <w:t>WEEK 2 |  THE COST OF DISCIPLESHIP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_Toc224725422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C9CD61" w14:textId="250322AE" w:rsidR="008B7BFD" w:rsidRDefault="008B7BFD">
          <w:pPr>
            <w:pStyle w:val="TOC3"/>
            <w:tabs>
              <w:tab w:val="right" w:leader="dot" w:pos="978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24725423" w:history="1">
            <w:r w:rsidRPr="00AA0311">
              <w:rPr>
                <w:rStyle w:val="Hyperlink"/>
                <w:noProof/>
              </w:rPr>
              <w:t>WEEK 3  |  THE CHARACTER OF A DISCIPLE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_Toc224725423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D8D988" w14:textId="7813E764" w:rsidR="008B7BFD" w:rsidRDefault="008B7BFD">
          <w:pPr>
            <w:pStyle w:val="TOC3"/>
            <w:tabs>
              <w:tab w:val="right" w:leader="dot" w:pos="978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24725424" w:history="1">
            <w:r w:rsidRPr="00AA0311">
              <w:rPr>
                <w:rStyle w:val="Hyperlink"/>
                <w:noProof/>
              </w:rPr>
              <w:t>WEEK 4  |  THE COMMUNITY OF DISCIPLESHIP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_Toc224725424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1E0155" w14:textId="6B021F0E" w:rsidR="008B7BFD" w:rsidRDefault="008B7BFD">
          <w:pPr>
            <w:pStyle w:val="TOC2"/>
            <w:tabs>
              <w:tab w:val="right" w:leader="dot" w:pos="978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24725425" w:history="1">
            <w:r w:rsidRPr="00AA0311">
              <w:rPr>
                <w:rStyle w:val="Hyperlink"/>
                <w:noProof/>
              </w:rPr>
              <w:t>Disciplines &amp; Mission of Discipleship | October 2026 | Weeks 5–8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_Toc224725425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260C4C" w14:textId="60481DB3" w:rsidR="008B7BFD" w:rsidRDefault="008B7BFD">
          <w:pPr>
            <w:pStyle w:val="TOC3"/>
            <w:tabs>
              <w:tab w:val="right" w:leader="dot" w:pos="978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24725426" w:history="1">
            <w:r w:rsidRPr="00AA0311">
              <w:rPr>
                <w:rStyle w:val="Hyperlink"/>
                <w:noProof/>
              </w:rPr>
              <w:t>WEEK 5  |  THE WORD IN THE DISCIPLE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_Toc224725426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B2811A" w14:textId="577A5C8C" w:rsidR="008B7BFD" w:rsidRDefault="008B7BFD">
          <w:pPr>
            <w:pStyle w:val="TOC3"/>
            <w:tabs>
              <w:tab w:val="right" w:leader="dot" w:pos="978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24725427" w:history="1">
            <w:r w:rsidRPr="00AA0311">
              <w:rPr>
                <w:rStyle w:val="Hyperlink"/>
                <w:noProof/>
              </w:rPr>
              <w:t>WEEK 6 |  THE PRAYER LIFE OF A DISCIPLE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_Toc224725427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0F6C7B" w14:textId="293A92E9" w:rsidR="008B7BFD" w:rsidRDefault="008B7BFD">
          <w:pPr>
            <w:pStyle w:val="TOC3"/>
            <w:tabs>
              <w:tab w:val="right" w:leader="dot" w:pos="978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24725428" w:history="1">
            <w:r w:rsidRPr="00AA0311">
              <w:rPr>
                <w:rStyle w:val="Hyperlink"/>
                <w:noProof/>
              </w:rPr>
              <w:t>WEEK 7  |  THE WITNESS OF A DISCIPLE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_Toc224725428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C180B4" w14:textId="1B38F52A" w:rsidR="008B7BFD" w:rsidRDefault="008B7BFD">
          <w:pPr>
            <w:pStyle w:val="TOC3"/>
            <w:tabs>
              <w:tab w:val="right" w:leader="dot" w:pos="978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24725429" w:history="1">
            <w:r w:rsidRPr="00AA0311">
              <w:rPr>
                <w:rStyle w:val="Hyperlink"/>
                <w:noProof/>
              </w:rPr>
              <w:t>WEEK 8 | THE MATURING DISCIPLE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_Toc224725429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7340F2" w14:textId="7C08EDB2" w:rsidR="008B7BFD" w:rsidRDefault="008B7BFD">
          <w:pPr>
            <w:pStyle w:val="TOC2"/>
            <w:tabs>
              <w:tab w:val="right" w:leader="dot" w:pos="978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24725430" w:history="1">
            <w:r w:rsidRPr="00AA0311">
              <w:rPr>
                <w:rStyle w:val="Hyperlink"/>
                <w:noProof/>
              </w:rPr>
              <w:t>MY PERSONAL DISCIPLESHIP PLAN — DISCIPLESHIP 2026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_Toc224725430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D4662D" w14:textId="638F6FA9" w:rsidR="000E67A9" w:rsidRDefault="000E67A9" w:rsidP="00377487">
          <w:pPr>
            <w:spacing w:after="0" w:line="240" w:lineRule="auto"/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3DCFA96C" w14:textId="77777777" w:rsidR="00CF2E47" w:rsidRDefault="00CF2E47"/>
    <w:p w14:paraId="5AE48765" w14:textId="1B7E5403" w:rsidR="007142CA" w:rsidRDefault="000E11C8" w:rsidP="008E4B6C">
      <w:pPr>
        <w:shd w:val="clear" w:color="auto" w:fill="1A6B6B"/>
        <w:spacing w:after="0" w:line="240" w:lineRule="auto"/>
        <w:jc w:val="center"/>
      </w:pPr>
      <w:r>
        <w:rPr>
          <w:rFonts w:ascii="Georgia" w:hAnsi="Georgia"/>
          <w:b/>
          <w:color w:val="FFFFFF"/>
          <w:sz w:val="32"/>
        </w:rPr>
        <w:t xml:space="preserve">  SESSION </w:t>
      </w:r>
      <w:r w:rsidR="008E4B6C">
        <w:rPr>
          <w:rFonts w:ascii="Georgia" w:hAnsi="Georgia"/>
          <w:b/>
          <w:color w:val="FFFFFF"/>
          <w:sz w:val="32"/>
        </w:rPr>
        <w:t>1 | CALLED</w:t>
      </w:r>
      <w:r>
        <w:rPr>
          <w:rFonts w:ascii="Georgia" w:hAnsi="Georgia"/>
          <w:b/>
          <w:color w:val="FFFFFF"/>
          <w:sz w:val="32"/>
        </w:rPr>
        <w:t xml:space="preserve"> TO FOLLOW  </w:t>
      </w:r>
    </w:p>
    <w:p w14:paraId="0C2B23C8" w14:textId="4845FFD8" w:rsidR="007142CA" w:rsidRDefault="000E11C8" w:rsidP="00F750D6">
      <w:pPr>
        <w:pStyle w:val="Heading2"/>
      </w:pPr>
      <w:r>
        <w:rPr>
          <w:sz w:val="22"/>
        </w:rPr>
        <w:t xml:space="preserve">  </w:t>
      </w:r>
      <w:bookmarkStart w:id="0" w:name="_Toc224725420"/>
      <w:r>
        <w:rPr>
          <w:sz w:val="22"/>
        </w:rPr>
        <w:t xml:space="preserve">Foundations of </w:t>
      </w:r>
      <w:r w:rsidR="008E4B6C">
        <w:t>Discipleship | April</w:t>
      </w:r>
      <w:r>
        <w:rPr>
          <w:sz w:val="22"/>
        </w:rPr>
        <w:t xml:space="preserve"> </w:t>
      </w:r>
      <w:r w:rsidR="008E4B6C">
        <w:t>2026 | Weeks</w:t>
      </w:r>
      <w:r>
        <w:rPr>
          <w:sz w:val="22"/>
        </w:rPr>
        <w:t xml:space="preserve"> 1–4</w:t>
      </w:r>
      <w:bookmarkEnd w:id="0"/>
      <w:r>
        <w:rPr>
          <w:sz w:val="22"/>
        </w:rPr>
        <w:t xml:space="preserve">  </w:t>
      </w:r>
    </w:p>
    <w:p w14:paraId="6E086D52" w14:textId="77777777" w:rsidR="007142CA" w:rsidRDefault="007142CA"/>
    <w:p w14:paraId="5456CF6F" w14:textId="77777777" w:rsidR="007142CA" w:rsidRDefault="000E11C8">
      <w:pPr>
        <w:spacing w:after="60"/>
      </w:pPr>
      <w:r>
        <w:rPr>
          <w:rFonts w:ascii="Calibri" w:hAnsi="Calibri"/>
          <w:color w:val="2C2C2C"/>
        </w:rPr>
        <w:t>Session 1 builds the biblical foundation of discipleship. You will encounter the call of Jesus, count the cost of following Him, examine what a disciple looks like from the inside out, and discover why community is essential to growing in Christ.</w:t>
      </w:r>
    </w:p>
    <w:p w14:paraId="2160BDDA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5C4F296B" w14:textId="77777777">
        <w:trPr>
          <w:jc w:val="center"/>
        </w:trPr>
        <w:tc>
          <w:tcPr>
            <w:tcW w:w="9792" w:type="dxa"/>
            <w:shd w:val="clear" w:color="auto" w:fill="1A6B6B"/>
          </w:tcPr>
          <w:p w14:paraId="17601696" w14:textId="77777777" w:rsidR="007142CA" w:rsidRPr="00EC0653" w:rsidRDefault="000E11C8" w:rsidP="00EC0653">
            <w:pPr>
              <w:pStyle w:val="Heading3"/>
              <w:rPr>
                <w:color w:val="FFFFFF" w:themeColor="background1"/>
              </w:rPr>
            </w:pPr>
            <w:r w:rsidRPr="00470513">
              <w:rPr>
                <w:color w:val="FFFFFF" w:themeColor="background1"/>
                <w:sz w:val="28"/>
                <w:szCs w:val="28"/>
              </w:rPr>
              <w:t xml:space="preserve">  </w:t>
            </w:r>
            <w:bookmarkStart w:id="1" w:name="_Toc224725421"/>
            <w:r w:rsidRPr="00470513">
              <w:rPr>
                <w:color w:val="FFFFFF" w:themeColor="background1"/>
                <w:sz w:val="28"/>
                <w:szCs w:val="28"/>
              </w:rPr>
              <w:t xml:space="preserve">WEEK </w:t>
            </w:r>
            <w:proofErr w:type="gramStart"/>
            <w:r w:rsidRPr="00470513">
              <w:rPr>
                <w:color w:val="FFFFFF" w:themeColor="background1"/>
                <w:sz w:val="28"/>
                <w:szCs w:val="28"/>
              </w:rPr>
              <w:t>1  |</w:t>
            </w:r>
            <w:proofErr w:type="gramEnd"/>
            <w:r w:rsidRPr="00470513">
              <w:rPr>
                <w:color w:val="FFFFFF" w:themeColor="background1"/>
                <w:sz w:val="28"/>
                <w:szCs w:val="28"/>
              </w:rPr>
              <w:t xml:space="preserve">  THE CALL TO DISCIPLESHIP</w:t>
            </w:r>
            <w:bookmarkEnd w:id="1"/>
            <w:r w:rsidRPr="00470513">
              <w:rPr>
                <w:color w:val="FFFFFF" w:themeColor="background1"/>
                <w:sz w:val="28"/>
                <w:szCs w:val="28"/>
              </w:rPr>
              <w:t xml:space="preserve">  </w:t>
            </w:r>
          </w:p>
        </w:tc>
      </w:tr>
      <w:tr w:rsidR="007142CA" w14:paraId="44221A4F" w14:textId="77777777">
        <w:trPr>
          <w:jc w:val="center"/>
        </w:trPr>
        <w:tc>
          <w:tcPr>
            <w:tcW w:w="9792" w:type="dxa"/>
            <w:shd w:val="clear" w:color="auto" w:fill="FDF0D0"/>
          </w:tcPr>
          <w:p w14:paraId="63F4DF29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0D2B55"/>
                <w:sz w:val="20"/>
              </w:rPr>
              <w:t>📖  Matthew 4:18–22; Luke 9:23–26  (KJV)</w:t>
            </w:r>
          </w:p>
        </w:tc>
      </w:tr>
      <w:tr w:rsidR="007142CA" w14:paraId="314B619F" w14:textId="77777777">
        <w:trPr>
          <w:jc w:val="center"/>
        </w:trPr>
        <w:tc>
          <w:tcPr>
            <w:tcW w:w="9792" w:type="dxa"/>
            <w:shd w:val="clear" w:color="auto" w:fill="FDF6E3"/>
          </w:tcPr>
          <w:p w14:paraId="6B58308C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 xml:space="preserve">💡  BIG IDEA:  </w:t>
            </w:r>
            <w:r>
              <w:rPr>
                <w:rFonts w:ascii="Calibri" w:hAnsi="Calibri"/>
                <w:color w:val="2C2C2C"/>
              </w:rPr>
              <w:t>Following Jesus is not a program — it is an entire way of life.</w:t>
            </w:r>
          </w:p>
        </w:tc>
      </w:tr>
    </w:tbl>
    <w:p w14:paraId="33ECE6DB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1BF9BBFA" w14:textId="77777777">
        <w:trPr>
          <w:jc w:val="center"/>
        </w:trPr>
        <w:tc>
          <w:tcPr>
            <w:tcW w:w="9792" w:type="dxa"/>
            <w:tcBorders>
              <w:top w:val="single" w:sz="12" w:space="0" w:color="0D2B55"/>
              <w:left w:val="single" w:sz="12" w:space="0" w:color="0D2B55"/>
              <w:bottom w:val="single" w:sz="12" w:space="0" w:color="0D2B55"/>
              <w:right w:val="single" w:sz="12" w:space="0" w:color="0D2B55"/>
            </w:tcBorders>
            <w:shd w:val="clear" w:color="auto" w:fill="E0F4F4"/>
          </w:tcPr>
          <w:p w14:paraId="22612E16" w14:textId="77777777" w:rsidR="007142CA" w:rsidRDefault="007142CA"/>
          <w:p w14:paraId="0531C342" w14:textId="77777777" w:rsidR="007142CA" w:rsidRDefault="000E11C8">
            <w:pPr>
              <w:jc w:val="center"/>
            </w:pPr>
            <w:r>
              <w:rPr>
                <w:rFonts w:ascii="Georgia" w:hAnsi="Georgia"/>
                <w:b/>
                <w:i/>
                <w:color w:val="0D2B55"/>
                <w:sz w:val="24"/>
              </w:rPr>
              <w:t>📖  "And he said to them all, If any man will come after me, let him deny himself,</w:t>
            </w:r>
            <w:r>
              <w:rPr>
                <w:rFonts w:ascii="Georgia" w:hAnsi="Georgia"/>
                <w:b/>
                <w:i/>
                <w:color w:val="0D2B55"/>
                <w:sz w:val="24"/>
              </w:rPr>
              <w:br/>
              <w:t>and take up his cross daily, and follow me."</w:t>
            </w:r>
          </w:p>
          <w:p w14:paraId="611C7678" w14:textId="77777777" w:rsidR="007142CA" w:rsidRDefault="000E11C8">
            <w:pPr>
              <w:jc w:val="center"/>
            </w:pPr>
            <w:r>
              <w:rPr>
                <w:rFonts w:ascii="Georgia" w:hAnsi="Georgia"/>
                <w:b/>
                <w:color w:val="8B6F10"/>
                <w:sz w:val="20"/>
              </w:rPr>
              <w:lastRenderedPageBreak/>
              <w:t>— Luke 9:23 (KJV) ✦ MEMORY VERSE</w:t>
            </w:r>
          </w:p>
        </w:tc>
      </w:tr>
    </w:tbl>
    <w:p w14:paraId="56AD2C40" w14:textId="77777777" w:rsidR="007142CA" w:rsidRDefault="007142CA"/>
    <w:p w14:paraId="4C878990" w14:textId="77777777" w:rsidR="007142CA" w:rsidRDefault="000E11C8">
      <w:pPr>
        <w:shd w:val="clear" w:color="auto" w:fill="1A6B6B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📖  KEY TRUTHS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0548621B" w14:textId="77777777">
        <w:trPr>
          <w:jc w:val="center"/>
        </w:trPr>
        <w:tc>
          <w:tcPr>
            <w:tcW w:w="4896" w:type="dxa"/>
            <w:shd w:val="clear" w:color="auto" w:fill="1A6B6B"/>
          </w:tcPr>
          <w:p w14:paraId="06B52BE3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Matt 4:18–20</w:t>
            </w:r>
          </w:p>
        </w:tc>
        <w:tc>
          <w:tcPr>
            <w:tcW w:w="4896" w:type="dxa"/>
            <w:shd w:val="clear" w:color="auto" w:fill="FDF6E3"/>
          </w:tcPr>
          <w:p w14:paraId="6F615D62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Jesus calls Peter and Andrew: "Follow me." Their response: "straightway" — immediate, decisive, complete.</w:t>
            </w:r>
          </w:p>
        </w:tc>
      </w:tr>
    </w:tbl>
    <w:p w14:paraId="44E84FB2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117AE813" w14:textId="77777777">
        <w:trPr>
          <w:jc w:val="center"/>
        </w:trPr>
        <w:tc>
          <w:tcPr>
            <w:tcW w:w="4896" w:type="dxa"/>
            <w:shd w:val="clear" w:color="auto" w:fill="1A6B6B"/>
          </w:tcPr>
          <w:p w14:paraId="1F4627BF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Matt 4:21–22</w:t>
            </w:r>
          </w:p>
        </w:tc>
        <w:tc>
          <w:tcPr>
            <w:tcW w:w="4896" w:type="dxa"/>
            <w:shd w:val="clear" w:color="auto" w:fill="FDF6E3"/>
          </w:tcPr>
          <w:p w14:paraId="616F9A2F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James and John leave their father and their livelihood. The call to follow has a cost — in relationships and resources.</w:t>
            </w:r>
          </w:p>
        </w:tc>
      </w:tr>
    </w:tbl>
    <w:p w14:paraId="3325E311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0236913E" w14:textId="77777777">
        <w:trPr>
          <w:jc w:val="center"/>
        </w:trPr>
        <w:tc>
          <w:tcPr>
            <w:tcW w:w="4896" w:type="dxa"/>
            <w:shd w:val="clear" w:color="auto" w:fill="1A6B6B"/>
          </w:tcPr>
          <w:p w14:paraId="4F84C590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Luke 9:23a</w:t>
            </w:r>
          </w:p>
        </w:tc>
        <w:tc>
          <w:tcPr>
            <w:tcW w:w="4896" w:type="dxa"/>
            <w:shd w:val="clear" w:color="auto" w:fill="FDF6E3"/>
          </w:tcPr>
          <w:p w14:paraId="339BFC9B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Three conditions: Deny yourself. Take up your cross. Follow me. Each is daily, personal, and progressive.</w:t>
            </w:r>
          </w:p>
        </w:tc>
      </w:tr>
    </w:tbl>
    <w:p w14:paraId="026E9D37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6D873794" w14:textId="77777777">
        <w:trPr>
          <w:jc w:val="center"/>
        </w:trPr>
        <w:tc>
          <w:tcPr>
            <w:tcW w:w="4896" w:type="dxa"/>
            <w:shd w:val="clear" w:color="auto" w:fill="1A6B6B"/>
          </w:tcPr>
          <w:p w14:paraId="68920878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Luke 9:24–25</w:t>
            </w:r>
          </w:p>
        </w:tc>
        <w:tc>
          <w:tcPr>
            <w:tcW w:w="4896" w:type="dxa"/>
            <w:shd w:val="clear" w:color="auto" w:fill="FDF6E3"/>
          </w:tcPr>
          <w:p w14:paraId="455BCAFD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The paradox: to save your life, you must lose it. The world's gains cannot compensate for a soul unsurrendered to Christ.</w:t>
            </w:r>
          </w:p>
        </w:tc>
      </w:tr>
    </w:tbl>
    <w:p w14:paraId="776C29A4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2D657A24" w14:textId="77777777">
        <w:trPr>
          <w:jc w:val="center"/>
        </w:trPr>
        <w:tc>
          <w:tcPr>
            <w:tcW w:w="4896" w:type="dxa"/>
            <w:shd w:val="clear" w:color="auto" w:fill="1A6B6B"/>
          </w:tcPr>
          <w:p w14:paraId="0B86629B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Eph 2:8–10</w:t>
            </w:r>
          </w:p>
        </w:tc>
        <w:tc>
          <w:tcPr>
            <w:tcW w:w="4896" w:type="dxa"/>
            <w:shd w:val="clear" w:color="auto" w:fill="FDF6E3"/>
          </w:tcPr>
          <w:p w14:paraId="3D8188AF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We are saved by grace through faith — not works. But we are created for good works. Discipleship is the outworking of salvation, not the means of it.</w:t>
            </w:r>
          </w:p>
        </w:tc>
      </w:tr>
    </w:tbl>
    <w:p w14:paraId="290B8561" w14:textId="77777777" w:rsidR="007142CA" w:rsidRDefault="007142CA"/>
    <w:p w14:paraId="3A08ACF6" w14:textId="77777777" w:rsidR="007142CA" w:rsidRDefault="000E11C8">
      <w:pPr>
        <w:spacing w:before="40" w:after="40"/>
      </w:pPr>
      <w:r>
        <w:rPr>
          <w:color w:val="1A6B6B"/>
          <w:sz w:val="1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79E02138" w14:textId="77777777" w:rsidR="007142CA" w:rsidRDefault="000E11C8">
      <w:pPr>
        <w:shd w:val="clear" w:color="auto" w:fill="1A6B6B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💬  DISCUSSION QUESTIONS  </w:t>
      </w:r>
    </w:p>
    <w:p w14:paraId="266768F7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Q1  </w:t>
      </w:r>
      <w:r>
        <w:rPr>
          <w:rFonts w:ascii="Calibri" w:hAnsi="Calibri"/>
          <w:color w:val="2C2C2C"/>
        </w:rPr>
        <w:t>What is the difference between believing IN Jesus and actively following Jesus?</w:t>
      </w:r>
    </w:p>
    <w:p w14:paraId="68329CE0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Q2  </w:t>
      </w:r>
      <w:r>
        <w:rPr>
          <w:rFonts w:ascii="Calibri" w:hAnsi="Calibri"/>
          <w:color w:val="2C2C2C"/>
        </w:rPr>
        <w:t>What "nets" (habits, ambitions, relationships) might God be asking you to leave behind?</w:t>
      </w:r>
    </w:p>
    <w:p w14:paraId="78B932B6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Q3  </w:t>
      </w:r>
      <w:r>
        <w:rPr>
          <w:rFonts w:ascii="Calibri" w:hAnsi="Calibri"/>
          <w:color w:val="2C2C2C"/>
        </w:rPr>
        <w:t>Why does Jesus say "daily" (Luke 9:23)? What does that tell us about discipleship?</w:t>
      </w:r>
    </w:p>
    <w:p w14:paraId="73DB5B30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Q4  </w:t>
      </w:r>
      <w:r>
        <w:rPr>
          <w:rFonts w:ascii="Calibri" w:hAnsi="Calibri"/>
          <w:color w:val="2C2C2C"/>
        </w:rPr>
        <w:t>"What is a man advantaged, if he gain the whole world, and lose himself?" What are you tempted to gain at the cost of wholehearted discipleship?</w:t>
      </w:r>
    </w:p>
    <w:p w14:paraId="41463002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Q5  </w:t>
      </w:r>
      <w:r>
        <w:rPr>
          <w:rFonts w:ascii="Calibri" w:hAnsi="Calibri"/>
          <w:color w:val="2C2C2C"/>
        </w:rPr>
        <w:t>How would your daily routine look different if you genuinely treated every day as a day of following Jesus?</w:t>
      </w:r>
    </w:p>
    <w:p w14:paraId="3CAC8209" w14:textId="77777777" w:rsidR="007142CA" w:rsidRDefault="000E11C8">
      <w:pPr>
        <w:spacing w:before="40" w:after="40"/>
      </w:pPr>
      <w:r>
        <w:rPr>
          <w:color w:val="1A6B6B"/>
          <w:sz w:val="1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41056DC8" w14:textId="77777777" w:rsidR="007142CA" w:rsidRDefault="000E11C8">
      <w:pPr>
        <w:shd w:val="clear" w:color="auto" w:fill="1A6B6B"/>
        <w:spacing w:before="80" w:after="80"/>
        <w:jc w:val="center"/>
      </w:pPr>
      <w:r>
        <w:rPr>
          <w:rFonts w:ascii="Georgia" w:hAnsi="Georgia"/>
          <w:b/>
          <w:color w:val="FFFFFF"/>
        </w:rPr>
        <w:lastRenderedPageBreak/>
        <w:t xml:space="preserve">  🌱  REFLECTION &amp; COMMITMENT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71D038E0" w14:textId="77777777">
        <w:trPr>
          <w:jc w:val="center"/>
        </w:trPr>
        <w:tc>
          <w:tcPr>
            <w:tcW w:w="9792" w:type="dxa"/>
            <w:tcBorders>
              <w:left w:val="single" w:sz="20" w:space="0" w:color="1A6B6B"/>
            </w:tcBorders>
            <w:shd w:val="clear" w:color="auto" w:fill="E0F4F4"/>
          </w:tcPr>
          <w:p w14:paraId="08517BAF" w14:textId="77777777" w:rsidR="007142CA" w:rsidRDefault="007142CA"/>
          <w:p w14:paraId="39029CE0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>🪞  Reflection:</w:t>
            </w:r>
          </w:p>
          <w:p w14:paraId="34490EF9" w14:textId="77777777" w:rsidR="007142CA" w:rsidRDefault="000E11C8">
            <w:r>
              <w:rPr>
                <w:rFonts w:ascii="Calibri" w:hAnsi="Calibri"/>
                <w:color w:val="2C2C2C"/>
              </w:rPr>
              <w:t>"What has following Jesus meant to me so far — church attendance, or whole-life following? What needs to change?"</w:t>
            </w:r>
          </w:p>
        </w:tc>
      </w:tr>
    </w:tbl>
    <w:p w14:paraId="5C22E215" w14:textId="77777777" w:rsidR="007142CA" w:rsidRDefault="007142CA"/>
    <w:p w14:paraId="41483172" w14:textId="77777777" w:rsidR="007142CA" w:rsidRDefault="000E11C8">
      <w:pPr>
        <w:spacing w:after="60"/>
        <w:ind w:left="432"/>
      </w:pPr>
      <w:r>
        <w:rPr>
          <w:rFonts w:ascii="Calibri" w:hAnsi="Calibri"/>
          <w:color w:val="2C2C2C"/>
        </w:rPr>
        <w:t>My Commitment this week:</w:t>
      </w:r>
    </w:p>
    <w:p w14:paraId="099DB8E3" w14:textId="77777777" w:rsidR="007142CA" w:rsidRDefault="000E11C8">
      <w:pPr>
        <w:spacing w:after="60"/>
        <w:ind w:left="432"/>
      </w:pPr>
      <w:r>
        <w:rPr>
          <w:rFonts w:ascii="Calibri" w:hAnsi="Calibri"/>
          <w:color w:val="1A6B6B"/>
        </w:rPr>
        <w:t>"This week I choose to follow Jesus in __________ — a specific area where I have been holding back."</w:t>
      </w:r>
    </w:p>
    <w:p w14:paraId="02CA811C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2DC7BBD5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627D97BF" w14:textId="77777777" w:rsidR="007142CA" w:rsidRDefault="000E11C8">
      <w:pPr>
        <w:spacing w:before="40" w:after="40"/>
      </w:pPr>
      <w:r>
        <w:rPr>
          <w:color w:val="1A6B6B"/>
          <w:sz w:val="1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0733622B" w14:textId="77777777" w:rsidR="007142CA" w:rsidRDefault="000E11C8">
      <w:pPr>
        <w:shd w:val="clear" w:color="auto" w:fill="1A6B6B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🏠  AT-HOME PRACTICE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0D3BE2D6" w14:textId="77777777">
        <w:trPr>
          <w:jc w:val="center"/>
        </w:trPr>
        <w:tc>
          <w:tcPr>
            <w:tcW w:w="9792" w:type="dxa"/>
            <w:tcBorders>
              <w:left w:val="single" w:sz="20" w:space="0" w:color="1A6B6B"/>
            </w:tcBorders>
            <w:shd w:val="clear" w:color="auto" w:fill="E0F4F4"/>
          </w:tcPr>
          <w:p w14:paraId="5949AEB0" w14:textId="77777777" w:rsidR="007142CA" w:rsidRDefault="007142CA"/>
          <w:p w14:paraId="7ABF7013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>✍️  Journal Prompt:</w:t>
            </w:r>
          </w:p>
          <w:p w14:paraId="1D3B7673" w14:textId="77777777" w:rsidR="007142CA" w:rsidRDefault="000E11C8">
            <w:r>
              <w:rPr>
                <w:rFonts w:ascii="Calibri" w:hAnsi="Calibri"/>
                <w:color w:val="2C2C2C"/>
              </w:rPr>
              <w:t>"What is one area of my life that is still outside the lordship of Christ? What would it mean to follow Jesus there?"</w:t>
            </w:r>
          </w:p>
        </w:tc>
      </w:tr>
    </w:tbl>
    <w:p w14:paraId="4D79E30A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7EADFB3B" w14:textId="77777777">
        <w:trPr>
          <w:jc w:val="center"/>
        </w:trPr>
        <w:tc>
          <w:tcPr>
            <w:tcW w:w="9792" w:type="dxa"/>
            <w:tcBorders>
              <w:left w:val="single" w:sz="20" w:space="0" w:color="1A6B6B"/>
            </w:tcBorders>
            <w:shd w:val="clear" w:color="auto" w:fill="E0F4F4"/>
          </w:tcPr>
          <w:p w14:paraId="5807D26B" w14:textId="77777777" w:rsidR="007142CA" w:rsidRDefault="007142CA"/>
          <w:p w14:paraId="3F204044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>🎯  Action Step:</w:t>
            </w:r>
          </w:p>
          <w:p w14:paraId="534E5209" w14:textId="77777777" w:rsidR="007142CA" w:rsidRDefault="000E11C8">
            <w:r>
              <w:rPr>
                <w:rFonts w:ascii="Calibri" w:hAnsi="Calibri"/>
                <w:color w:val="2C2C2C"/>
              </w:rPr>
              <w:t>Set a specific daily time for Bible reading and prayer this week. Tell someone what time it is — accountability deepens commitment.</w:t>
            </w:r>
          </w:p>
        </w:tc>
      </w:tr>
    </w:tbl>
    <w:p w14:paraId="738C1013" w14:textId="77777777" w:rsidR="007142CA" w:rsidRPr="00782593" w:rsidRDefault="007142CA">
      <w:pPr>
        <w:rPr>
          <w:sz w:val="10"/>
          <w:szCs w:val="10"/>
        </w:rPr>
      </w:pPr>
    </w:p>
    <w:p w14:paraId="5F519CAA" w14:textId="77777777" w:rsidR="007142CA" w:rsidRDefault="000E11C8">
      <w:pPr>
        <w:shd w:val="clear" w:color="auto" w:fill="1A6B6B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✏</w:t>
      </w:r>
      <w:proofErr w:type="gramStart"/>
      <w:r>
        <w:rPr>
          <w:rFonts w:ascii="Georgia" w:hAnsi="Georgia"/>
          <w:b/>
          <w:color w:val="FFFFFF"/>
        </w:rPr>
        <w:t>️  MY</w:t>
      </w:r>
      <w:proofErr w:type="gramEnd"/>
      <w:r>
        <w:rPr>
          <w:rFonts w:ascii="Georgia" w:hAnsi="Georgia"/>
          <w:b/>
          <w:color w:val="FFFFFF"/>
        </w:rPr>
        <w:t xml:space="preserve"> NOTES  </w:t>
      </w:r>
    </w:p>
    <w:p w14:paraId="58F41806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274A7818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6EEE095B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3CE9E3B1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73D0CC0C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2C30E4E4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6AC9D478" w14:textId="6631F34D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1273C069" w14:textId="77777777">
        <w:trPr>
          <w:jc w:val="center"/>
        </w:trPr>
        <w:tc>
          <w:tcPr>
            <w:tcW w:w="9792" w:type="dxa"/>
            <w:shd w:val="clear" w:color="auto" w:fill="1A6B6B"/>
          </w:tcPr>
          <w:p w14:paraId="5BE8F109" w14:textId="0099136F" w:rsidR="007142CA" w:rsidRDefault="000E11C8" w:rsidP="00470513">
            <w:pPr>
              <w:pStyle w:val="Heading3"/>
            </w:pPr>
            <w:r w:rsidRPr="00470513">
              <w:rPr>
                <w:sz w:val="28"/>
                <w:szCs w:val="28"/>
              </w:rPr>
              <w:t xml:space="preserve">  </w:t>
            </w:r>
            <w:bookmarkStart w:id="2" w:name="_Toc224725422"/>
            <w:r w:rsidRPr="00470513">
              <w:rPr>
                <w:color w:val="FFFFFF" w:themeColor="background1"/>
                <w:sz w:val="28"/>
                <w:szCs w:val="28"/>
              </w:rPr>
              <w:t xml:space="preserve">WEEK </w:t>
            </w:r>
            <w:r w:rsidR="00A1643C" w:rsidRPr="00470513">
              <w:rPr>
                <w:color w:val="FFFFFF" w:themeColor="background1"/>
                <w:sz w:val="28"/>
                <w:szCs w:val="28"/>
              </w:rPr>
              <w:t xml:space="preserve">2 </w:t>
            </w:r>
            <w:proofErr w:type="gramStart"/>
            <w:r w:rsidR="00A1643C" w:rsidRPr="00470513">
              <w:rPr>
                <w:color w:val="FFFFFF" w:themeColor="background1"/>
                <w:sz w:val="28"/>
                <w:szCs w:val="28"/>
              </w:rPr>
              <w:t>|</w:t>
            </w:r>
            <w:r w:rsidRPr="00470513">
              <w:rPr>
                <w:color w:val="FFFFFF" w:themeColor="background1"/>
                <w:sz w:val="28"/>
                <w:szCs w:val="28"/>
              </w:rPr>
              <w:t xml:space="preserve">  THE</w:t>
            </w:r>
            <w:proofErr w:type="gramEnd"/>
            <w:r w:rsidRPr="00470513">
              <w:rPr>
                <w:color w:val="FFFFFF" w:themeColor="background1"/>
                <w:sz w:val="28"/>
                <w:szCs w:val="28"/>
              </w:rPr>
              <w:t xml:space="preserve"> COST OF DISCIPLESHIP</w:t>
            </w:r>
            <w:bookmarkEnd w:id="2"/>
            <w:r w:rsidRPr="00470513">
              <w:rPr>
                <w:color w:val="FFFFFF" w:themeColor="background1"/>
                <w:sz w:val="28"/>
                <w:szCs w:val="28"/>
              </w:rPr>
              <w:t xml:space="preserve">  </w:t>
            </w:r>
          </w:p>
        </w:tc>
      </w:tr>
      <w:tr w:rsidR="007142CA" w14:paraId="6188B66B" w14:textId="77777777">
        <w:trPr>
          <w:jc w:val="center"/>
        </w:trPr>
        <w:tc>
          <w:tcPr>
            <w:tcW w:w="9792" w:type="dxa"/>
            <w:shd w:val="clear" w:color="auto" w:fill="FDF0D0"/>
          </w:tcPr>
          <w:p w14:paraId="7DA94353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0D2B55"/>
                <w:sz w:val="20"/>
              </w:rPr>
              <w:t>📖  Luke 14:25–33; Matthew 10:37–39  (KJV)</w:t>
            </w:r>
          </w:p>
        </w:tc>
      </w:tr>
      <w:tr w:rsidR="007142CA" w14:paraId="0F25A6E8" w14:textId="77777777">
        <w:trPr>
          <w:jc w:val="center"/>
        </w:trPr>
        <w:tc>
          <w:tcPr>
            <w:tcW w:w="9792" w:type="dxa"/>
            <w:shd w:val="clear" w:color="auto" w:fill="FDF6E3"/>
          </w:tcPr>
          <w:p w14:paraId="54CB1D08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 xml:space="preserve">💡  BIG IDEA:  </w:t>
            </w:r>
            <w:r>
              <w:rPr>
                <w:rFonts w:ascii="Calibri" w:hAnsi="Calibri"/>
                <w:color w:val="2C2C2C"/>
              </w:rPr>
              <w:t>Discipleship requires a decisive, calculated surrender of the whole life to Jesus Christ.</w:t>
            </w:r>
          </w:p>
        </w:tc>
      </w:tr>
    </w:tbl>
    <w:p w14:paraId="3280D472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076BB468" w14:textId="77777777">
        <w:trPr>
          <w:jc w:val="center"/>
        </w:trPr>
        <w:tc>
          <w:tcPr>
            <w:tcW w:w="9792" w:type="dxa"/>
            <w:tcBorders>
              <w:top w:val="single" w:sz="12" w:space="0" w:color="0D2B55"/>
              <w:left w:val="single" w:sz="12" w:space="0" w:color="0D2B55"/>
              <w:bottom w:val="single" w:sz="12" w:space="0" w:color="0D2B55"/>
              <w:right w:val="single" w:sz="12" w:space="0" w:color="0D2B55"/>
            </w:tcBorders>
            <w:shd w:val="clear" w:color="auto" w:fill="E0F4F4"/>
          </w:tcPr>
          <w:p w14:paraId="1362DBCE" w14:textId="77777777" w:rsidR="007142CA" w:rsidRDefault="007142CA"/>
          <w:p w14:paraId="52971EC3" w14:textId="77777777" w:rsidR="007142CA" w:rsidRDefault="000E11C8">
            <w:pPr>
              <w:jc w:val="center"/>
            </w:pPr>
            <w:r>
              <w:rPr>
                <w:rFonts w:ascii="Georgia" w:hAnsi="Georgia"/>
                <w:b/>
                <w:i/>
                <w:color w:val="0D2B55"/>
                <w:sz w:val="24"/>
              </w:rPr>
              <w:t>📖  "So likewise, whosoever he be of you that forsaketh not all that he hath, he cannot be my disciple."</w:t>
            </w:r>
          </w:p>
          <w:p w14:paraId="0A841023" w14:textId="77777777" w:rsidR="007142CA" w:rsidRDefault="000E11C8">
            <w:pPr>
              <w:jc w:val="center"/>
            </w:pPr>
            <w:r>
              <w:rPr>
                <w:rFonts w:ascii="Georgia" w:hAnsi="Georgia"/>
                <w:b/>
                <w:color w:val="8B6F10"/>
                <w:sz w:val="20"/>
              </w:rPr>
              <w:t>— Luke 14:33 (KJV) ✦ MEMORY VERSE</w:t>
            </w:r>
          </w:p>
        </w:tc>
      </w:tr>
    </w:tbl>
    <w:p w14:paraId="49F4BB45" w14:textId="77777777" w:rsidR="007142CA" w:rsidRDefault="007142CA"/>
    <w:p w14:paraId="4CC11677" w14:textId="77777777" w:rsidR="007142CA" w:rsidRDefault="000E11C8">
      <w:pPr>
        <w:shd w:val="clear" w:color="auto" w:fill="1A6B6B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📖  KEY TRUTHS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4388A195" w14:textId="77777777">
        <w:trPr>
          <w:jc w:val="center"/>
        </w:trPr>
        <w:tc>
          <w:tcPr>
            <w:tcW w:w="4896" w:type="dxa"/>
            <w:shd w:val="clear" w:color="auto" w:fill="1A6B6B"/>
          </w:tcPr>
          <w:p w14:paraId="2687A940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Luke 14:26</w:t>
            </w:r>
          </w:p>
        </w:tc>
        <w:tc>
          <w:tcPr>
            <w:tcW w:w="4896" w:type="dxa"/>
            <w:shd w:val="clear" w:color="auto" w:fill="FDF6E3"/>
          </w:tcPr>
          <w:p w14:paraId="3D74C3CF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No relationship can outrank Christ — not parents, spouse, or children. This is comparative priority, not emotional hatred.</w:t>
            </w:r>
          </w:p>
        </w:tc>
      </w:tr>
    </w:tbl>
    <w:p w14:paraId="6BABB29C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68E94720" w14:textId="77777777">
        <w:trPr>
          <w:jc w:val="center"/>
        </w:trPr>
        <w:tc>
          <w:tcPr>
            <w:tcW w:w="4896" w:type="dxa"/>
            <w:shd w:val="clear" w:color="auto" w:fill="1A6B6B"/>
          </w:tcPr>
          <w:p w14:paraId="34EFF093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Luke 14:27</w:t>
            </w:r>
          </w:p>
        </w:tc>
        <w:tc>
          <w:tcPr>
            <w:tcW w:w="4896" w:type="dxa"/>
            <w:shd w:val="clear" w:color="auto" w:fill="FDF6E3"/>
          </w:tcPr>
          <w:p w14:paraId="73ED1270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Bear the cross and follow. The cross symbolizes death to self-ambition and self-preservation.</w:t>
            </w:r>
          </w:p>
        </w:tc>
      </w:tr>
    </w:tbl>
    <w:p w14:paraId="585A7AF4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4B9F4250" w14:textId="77777777">
        <w:trPr>
          <w:jc w:val="center"/>
        </w:trPr>
        <w:tc>
          <w:tcPr>
            <w:tcW w:w="4896" w:type="dxa"/>
            <w:shd w:val="clear" w:color="auto" w:fill="1A6B6B"/>
          </w:tcPr>
          <w:p w14:paraId="222BC4CD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Luke 14:28–32</w:t>
            </w:r>
          </w:p>
        </w:tc>
        <w:tc>
          <w:tcPr>
            <w:tcW w:w="4896" w:type="dxa"/>
            <w:shd w:val="clear" w:color="auto" w:fill="FDF6E3"/>
          </w:tcPr>
          <w:p w14:paraId="04299E01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Two parables: the builder and the king both CALCULATE before committing. Jesus invites informed, genuine devotion.</w:t>
            </w:r>
          </w:p>
        </w:tc>
      </w:tr>
    </w:tbl>
    <w:p w14:paraId="37BFC883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5922B167" w14:textId="77777777">
        <w:trPr>
          <w:jc w:val="center"/>
        </w:trPr>
        <w:tc>
          <w:tcPr>
            <w:tcW w:w="4896" w:type="dxa"/>
            <w:shd w:val="clear" w:color="auto" w:fill="1A6B6B"/>
          </w:tcPr>
          <w:p w14:paraId="537C0E13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Luke 14:33</w:t>
            </w:r>
          </w:p>
        </w:tc>
        <w:tc>
          <w:tcPr>
            <w:tcW w:w="4896" w:type="dxa"/>
            <w:shd w:val="clear" w:color="auto" w:fill="FDF6E3"/>
          </w:tcPr>
          <w:p w14:paraId="5934C97D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Non-negotiable: "Forsaketh not all that he hath." Total lordship — not partial subscription.</w:t>
            </w:r>
          </w:p>
        </w:tc>
      </w:tr>
    </w:tbl>
    <w:p w14:paraId="22FC92F6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39C7F1F8" w14:textId="77777777">
        <w:trPr>
          <w:jc w:val="center"/>
        </w:trPr>
        <w:tc>
          <w:tcPr>
            <w:tcW w:w="4896" w:type="dxa"/>
            <w:shd w:val="clear" w:color="auto" w:fill="1A6B6B"/>
          </w:tcPr>
          <w:p w14:paraId="4E9EB957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Matt 10:37–39</w:t>
            </w:r>
          </w:p>
        </w:tc>
        <w:tc>
          <w:tcPr>
            <w:tcW w:w="4896" w:type="dxa"/>
            <w:shd w:val="clear" w:color="auto" w:fill="FDF6E3"/>
          </w:tcPr>
          <w:p w14:paraId="3A390D81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Anyone who loves family more than Jesus is not worthy of Him. To find your life, you must lose it.</w:t>
            </w:r>
          </w:p>
        </w:tc>
      </w:tr>
    </w:tbl>
    <w:p w14:paraId="469A8458" w14:textId="77777777" w:rsidR="007142CA" w:rsidRDefault="007142CA"/>
    <w:p w14:paraId="30D40839" w14:textId="77777777" w:rsidR="007142CA" w:rsidRDefault="000E11C8">
      <w:pPr>
        <w:spacing w:before="40" w:after="40"/>
      </w:pPr>
      <w:r>
        <w:rPr>
          <w:color w:val="1A6B6B"/>
          <w:sz w:val="14"/>
        </w:rPr>
        <w:lastRenderedPageBreak/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514C4DE5" w14:textId="77777777" w:rsidR="007142CA" w:rsidRDefault="000E11C8">
      <w:pPr>
        <w:shd w:val="clear" w:color="auto" w:fill="1A6B6B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💬  DISCUSSION QUESTIONS  </w:t>
      </w:r>
    </w:p>
    <w:p w14:paraId="77552633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Q1  </w:t>
      </w:r>
      <w:r>
        <w:rPr>
          <w:rFonts w:ascii="Calibri" w:hAnsi="Calibri"/>
          <w:color w:val="2C2C2C"/>
        </w:rPr>
        <w:t>Why did Jesus give this hard teaching to large crowds (v. 25)? What does that reveal about His honesty?</w:t>
      </w:r>
    </w:p>
    <w:p w14:paraId="18A774D5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Q2  </w:t>
      </w:r>
      <w:r>
        <w:rPr>
          <w:rFonts w:ascii="Calibri" w:hAnsi="Calibri"/>
          <w:color w:val="2C2C2C"/>
        </w:rPr>
        <w:t>What does it mean to "hate" father and mother for Christ's sake (v. 26)? Give a real-life example of when loyalty to Christ may conflict with family expectations.</w:t>
      </w:r>
    </w:p>
    <w:p w14:paraId="6B39BE0F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Q3  </w:t>
      </w:r>
      <w:r>
        <w:rPr>
          <w:rFonts w:ascii="Calibri" w:hAnsi="Calibri"/>
          <w:color w:val="2C2C2C"/>
        </w:rPr>
        <w:t>Jesus uses the parable of the builder. Have you ever fully calculated what following Christ will cost you in your current season?</w:t>
      </w:r>
    </w:p>
    <w:p w14:paraId="213D2582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Q4  </w:t>
      </w:r>
      <w:r>
        <w:rPr>
          <w:rFonts w:ascii="Calibri" w:hAnsi="Calibri"/>
          <w:color w:val="2C2C2C"/>
        </w:rPr>
        <w:t>"Forsaketh not all that he hath" (v. 33). What specifically does this mean for you right now — career, finances, relationships, time?</w:t>
      </w:r>
    </w:p>
    <w:p w14:paraId="41D4C0F8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Q5  </w:t>
      </w:r>
      <w:r>
        <w:rPr>
          <w:rFonts w:ascii="Calibri" w:hAnsi="Calibri"/>
          <w:color w:val="2C2C2C"/>
        </w:rPr>
        <w:t>Is there a "rich young ruler" moment in your own life — a specific thing you know Christ is asking you to release but haven't?</w:t>
      </w:r>
    </w:p>
    <w:p w14:paraId="19FBD4A5" w14:textId="77777777" w:rsidR="007142CA" w:rsidRDefault="000E11C8">
      <w:pPr>
        <w:spacing w:before="40" w:after="40"/>
      </w:pPr>
      <w:r>
        <w:rPr>
          <w:color w:val="1A6B6B"/>
          <w:sz w:val="1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6D197CA7" w14:textId="77777777" w:rsidR="007142CA" w:rsidRDefault="000E11C8">
      <w:pPr>
        <w:shd w:val="clear" w:color="auto" w:fill="1A6B6B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🌱  REFLECTION &amp; COMMITMENT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3BDA2567" w14:textId="77777777">
        <w:trPr>
          <w:jc w:val="center"/>
        </w:trPr>
        <w:tc>
          <w:tcPr>
            <w:tcW w:w="9792" w:type="dxa"/>
            <w:tcBorders>
              <w:left w:val="single" w:sz="20" w:space="0" w:color="1A6B6B"/>
            </w:tcBorders>
            <w:shd w:val="clear" w:color="auto" w:fill="E0F4F4"/>
          </w:tcPr>
          <w:p w14:paraId="05D01426" w14:textId="77777777" w:rsidR="007142CA" w:rsidRDefault="007142CA"/>
          <w:p w14:paraId="1AA1A47D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>🪞  Reflection:</w:t>
            </w:r>
          </w:p>
          <w:p w14:paraId="4630091B" w14:textId="77777777" w:rsidR="007142CA" w:rsidRDefault="000E11C8">
            <w:r>
              <w:rPr>
                <w:rFonts w:ascii="Calibri" w:hAnsi="Calibri"/>
                <w:color w:val="2C2C2C"/>
              </w:rPr>
              <w:t>"What is the one thing Jesus is asking me to surrender that I have been holding onto? What would forsaking all look like TODAY?"</w:t>
            </w:r>
          </w:p>
        </w:tc>
      </w:tr>
    </w:tbl>
    <w:p w14:paraId="3AD9BD08" w14:textId="77777777" w:rsidR="007142CA" w:rsidRDefault="007142CA"/>
    <w:p w14:paraId="4E35A2DD" w14:textId="77777777" w:rsidR="007142CA" w:rsidRDefault="000E11C8">
      <w:pPr>
        <w:spacing w:after="60"/>
        <w:ind w:left="432"/>
      </w:pPr>
      <w:r>
        <w:rPr>
          <w:rFonts w:ascii="Calibri" w:hAnsi="Calibri"/>
          <w:color w:val="2C2C2C"/>
        </w:rPr>
        <w:t>My Commitment this week:</w:t>
      </w:r>
    </w:p>
    <w:p w14:paraId="7AB5D2A5" w14:textId="77777777" w:rsidR="007142CA" w:rsidRDefault="000E11C8">
      <w:pPr>
        <w:spacing w:after="60"/>
        <w:ind w:left="432"/>
      </w:pPr>
      <w:r>
        <w:rPr>
          <w:rFonts w:ascii="Calibri" w:hAnsi="Calibri"/>
          <w:color w:val="1A6B6B"/>
        </w:rPr>
        <w:t>"I surrender __________ to Christ this week, trusting that what I lose I will find in Him."</w:t>
      </w:r>
    </w:p>
    <w:p w14:paraId="2C5F0665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54850D4F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0F5C6785" w14:textId="77777777" w:rsidR="007142CA" w:rsidRDefault="000E11C8">
      <w:pPr>
        <w:spacing w:before="40" w:after="40"/>
      </w:pPr>
      <w:r>
        <w:rPr>
          <w:color w:val="1A6B6B"/>
          <w:sz w:val="1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66FC084B" w14:textId="77777777" w:rsidR="007142CA" w:rsidRDefault="000E11C8">
      <w:pPr>
        <w:shd w:val="clear" w:color="auto" w:fill="1A6B6B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🏠  AT-HOME PRACTICE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1670D33D" w14:textId="77777777">
        <w:trPr>
          <w:jc w:val="center"/>
        </w:trPr>
        <w:tc>
          <w:tcPr>
            <w:tcW w:w="9792" w:type="dxa"/>
            <w:tcBorders>
              <w:left w:val="single" w:sz="20" w:space="0" w:color="1A6B6B"/>
            </w:tcBorders>
            <w:shd w:val="clear" w:color="auto" w:fill="E0F4F4"/>
          </w:tcPr>
          <w:p w14:paraId="6DD7212D" w14:textId="77777777" w:rsidR="007142CA" w:rsidRDefault="007142CA"/>
          <w:p w14:paraId="7120A5D1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>✍️  Journal Prompt:</w:t>
            </w:r>
          </w:p>
          <w:p w14:paraId="0C86477A" w14:textId="77777777" w:rsidR="007142CA" w:rsidRDefault="000E11C8">
            <w:r>
              <w:rPr>
                <w:rFonts w:ascii="Calibri" w:hAnsi="Calibri"/>
                <w:color w:val="2C2C2C"/>
              </w:rPr>
              <w:t>"What would my life look like 12 months from now if I fully surrendered everything to Christ today? What would be different?"</w:t>
            </w:r>
          </w:p>
        </w:tc>
      </w:tr>
    </w:tbl>
    <w:p w14:paraId="01647C51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54726E98" w14:textId="77777777">
        <w:trPr>
          <w:jc w:val="center"/>
        </w:trPr>
        <w:tc>
          <w:tcPr>
            <w:tcW w:w="9792" w:type="dxa"/>
            <w:tcBorders>
              <w:left w:val="single" w:sz="20" w:space="0" w:color="1A6B6B"/>
            </w:tcBorders>
            <w:shd w:val="clear" w:color="auto" w:fill="E0F4F4"/>
          </w:tcPr>
          <w:p w14:paraId="0701E8E6" w14:textId="77777777" w:rsidR="007142CA" w:rsidRDefault="007142CA"/>
          <w:p w14:paraId="6F507F3E" w14:textId="77777777" w:rsidR="007142CA" w:rsidRDefault="000E11C8">
            <w:r>
              <w:rPr>
                <w:rFonts w:ascii="Calibri" w:hAnsi="Calibri"/>
                <w:b/>
                <w:color w:val="8B6F10"/>
              </w:rPr>
              <w:lastRenderedPageBreak/>
              <w:t>🎯  Action Step:</w:t>
            </w:r>
          </w:p>
          <w:p w14:paraId="7E2E61FF" w14:textId="77777777" w:rsidR="007142CA" w:rsidRDefault="000E11C8">
            <w:r>
              <w:rPr>
                <w:rFonts w:ascii="Calibri" w:hAnsi="Calibri"/>
                <w:color w:val="2C2C2C"/>
              </w:rPr>
              <w:t>Write one specific area of surrender on a card. Put it somewhere visible. Pray over it daily this week.</w:t>
            </w:r>
          </w:p>
        </w:tc>
      </w:tr>
    </w:tbl>
    <w:p w14:paraId="450999E8" w14:textId="77777777" w:rsidR="007142CA" w:rsidRDefault="007142CA"/>
    <w:p w14:paraId="1C622736" w14:textId="77777777" w:rsidR="007142CA" w:rsidRDefault="000E11C8">
      <w:pPr>
        <w:shd w:val="clear" w:color="auto" w:fill="1A6B6B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✏️  MY NOTES  </w:t>
      </w:r>
    </w:p>
    <w:p w14:paraId="7C86F27E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6011CE99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262FA31E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0C918015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44EB525C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12C37E1F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70CA37E9" w14:textId="77777777" w:rsidR="007142CA" w:rsidRDefault="000E11C8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79A633AE" w14:textId="77777777">
        <w:trPr>
          <w:jc w:val="center"/>
        </w:trPr>
        <w:tc>
          <w:tcPr>
            <w:tcW w:w="9792" w:type="dxa"/>
            <w:shd w:val="clear" w:color="auto" w:fill="1A6B6B"/>
          </w:tcPr>
          <w:p w14:paraId="18CFDEE2" w14:textId="77777777" w:rsidR="007142CA" w:rsidRDefault="000E11C8" w:rsidP="00470513">
            <w:pPr>
              <w:pStyle w:val="Heading3"/>
            </w:pPr>
            <w:r w:rsidRPr="00470513">
              <w:rPr>
                <w:sz w:val="28"/>
                <w:szCs w:val="28"/>
              </w:rPr>
              <w:lastRenderedPageBreak/>
              <w:t xml:space="preserve">  </w:t>
            </w:r>
            <w:bookmarkStart w:id="3" w:name="_Toc224725423"/>
            <w:r w:rsidRPr="00470513">
              <w:rPr>
                <w:color w:val="FFFFFF" w:themeColor="background1"/>
                <w:sz w:val="28"/>
                <w:szCs w:val="28"/>
              </w:rPr>
              <w:t xml:space="preserve">WEEK </w:t>
            </w:r>
            <w:proofErr w:type="gramStart"/>
            <w:r w:rsidRPr="00470513">
              <w:rPr>
                <w:color w:val="FFFFFF" w:themeColor="background1"/>
                <w:sz w:val="28"/>
                <w:szCs w:val="28"/>
              </w:rPr>
              <w:t>3  |</w:t>
            </w:r>
            <w:proofErr w:type="gramEnd"/>
            <w:r w:rsidRPr="00470513">
              <w:rPr>
                <w:color w:val="FFFFFF" w:themeColor="background1"/>
                <w:sz w:val="28"/>
                <w:szCs w:val="28"/>
              </w:rPr>
              <w:t xml:space="preserve">  THE CHARACTER OF A DISCIPLE</w:t>
            </w:r>
            <w:bookmarkEnd w:id="3"/>
            <w:r w:rsidRPr="00470513">
              <w:rPr>
                <w:color w:val="FFFFFF" w:themeColor="background1"/>
                <w:sz w:val="28"/>
                <w:szCs w:val="28"/>
              </w:rPr>
              <w:t xml:space="preserve">  </w:t>
            </w:r>
          </w:p>
        </w:tc>
      </w:tr>
      <w:tr w:rsidR="007142CA" w14:paraId="057CF1EB" w14:textId="77777777">
        <w:trPr>
          <w:jc w:val="center"/>
        </w:trPr>
        <w:tc>
          <w:tcPr>
            <w:tcW w:w="9792" w:type="dxa"/>
            <w:shd w:val="clear" w:color="auto" w:fill="FDF0D0"/>
          </w:tcPr>
          <w:p w14:paraId="78198129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0D2B55"/>
                <w:sz w:val="20"/>
              </w:rPr>
              <w:t>📖  John 13:34–35; Galatians 5:22–25  (KJV)</w:t>
            </w:r>
          </w:p>
        </w:tc>
      </w:tr>
      <w:tr w:rsidR="007142CA" w14:paraId="71C82EFD" w14:textId="77777777">
        <w:trPr>
          <w:jc w:val="center"/>
        </w:trPr>
        <w:tc>
          <w:tcPr>
            <w:tcW w:w="9792" w:type="dxa"/>
            <w:shd w:val="clear" w:color="auto" w:fill="FDF6E3"/>
          </w:tcPr>
          <w:p w14:paraId="255966C4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 xml:space="preserve">💡  BIG IDEA:  </w:t>
            </w:r>
            <w:r>
              <w:rPr>
                <w:rFonts w:ascii="Calibri" w:hAnsi="Calibri"/>
                <w:color w:val="2C2C2C"/>
              </w:rPr>
              <w:t>A disciple is not defined by what they know, but by how they love and what their life produces.</w:t>
            </w:r>
          </w:p>
        </w:tc>
      </w:tr>
    </w:tbl>
    <w:p w14:paraId="27BF8C2F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177E3980" w14:textId="77777777">
        <w:trPr>
          <w:jc w:val="center"/>
        </w:trPr>
        <w:tc>
          <w:tcPr>
            <w:tcW w:w="9792" w:type="dxa"/>
            <w:tcBorders>
              <w:top w:val="single" w:sz="12" w:space="0" w:color="0D2B55"/>
              <w:left w:val="single" w:sz="12" w:space="0" w:color="0D2B55"/>
              <w:bottom w:val="single" w:sz="12" w:space="0" w:color="0D2B55"/>
              <w:right w:val="single" w:sz="12" w:space="0" w:color="0D2B55"/>
            </w:tcBorders>
            <w:shd w:val="clear" w:color="auto" w:fill="E0F4F4"/>
          </w:tcPr>
          <w:p w14:paraId="7A71ACAE" w14:textId="77777777" w:rsidR="007142CA" w:rsidRDefault="007142CA"/>
          <w:p w14:paraId="75FA8598" w14:textId="77777777" w:rsidR="007142CA" w:rsidRDefault="000E11C8">
            <w:pPr>
              <w:jc w:val="center"/>
            </w:pPr>
            <w:r>
              <w:rPr>
                <w:rFonts w:ascii="Georgia" w:hAnsi="Georgia"/>
                <w:b/>
                <w:i/>
                <w:color w:val="0D2B55"/>
                <w:sz w:val="24"/>
              </w:rPr>
              <w:t>📖  "By this shall all men know that ye are my disciples, if ye have love one to another."</w:t>
            </w:r>
          </w:p>
          <w:p w14:paraId="26E41820" w14:textId="77777777" w:rsidR="007142CA" w:rsidRDefault="000E11C8">
            <w:pPr>
              <w:jc w:val="center"/>
            </w:pPr>
            <w:r>
              <w:rPr>
                <w:rFonts w:ascii="Georgia" w:hAnsi="Georgia"/>
                <w:b/>
                <w:color w:val="8B6F10"/>
                <w:sz w:val="20"/>
              </w:rPr>
              <w:t>— John 13:35 (KJV) ✦ MEMORY VERSE</w:t>
            </w:r>
          </w:p>
        </w:tc>
      </w:tr>
    </w:tbl>
    <w:p w14:paraId="6070ADFA" w14:textId="77777777" w:rsidR="007142CA" w:rsidRDefault="007142CA"/>
    <w:p w14:paraId="5DCF3ECA" w14:textId="77777777" w:rsidR="007142CA" w:rsidRDefault="000E11C8">
      <w:pPr>
        <w:shd w:val="clear" w:color="auto" w:fill="1A6B6B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📖  KEY TRUTHS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68206D27" w14:textId="77777777">
        <w:trPr>
          <w:jc w:val="center"/>
        </w:trPr>
        <w:tc>
          <w:tcPr>
            <w:tcW w:w="4896" w:type="dxa"/>
            <w:shd w:val="clear" w:color="auto" w:fill="1A6B6B"/>
          </w:tcPr>
          <w:p w14:paraId="72A8A598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John 13:34</w:t>
            </w:r>
          </w:p>
        </w:tc>
        <w:tc>
          <w:tcPr>
            <w:tcW w:w="4896" w:type="dxa"/>
            <w:shd w:val="clear" w:color="auto" w:fill="FDF6E3"/>
          </w:tcPr>
          <w:p w14:paraId="4AE5ACBB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A new commandment — with a new standard: "as I have loved you." Christ's self-giving agape is the bar.</w:t>
            </w:r>
          </w:p>
        </w:tc>
      </w:tr>
    </w:tbl>
    <w:p w14:paraId="3F086E99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152F12F5" w14:textId="77777777">
        <w:trPr>
          <w:jc w:val="center"/>
        </w:trPr>
        <w:tc>
          <w:tcPr>
            <w:tcW w:w="4896" w:type="dxa"/>
            <w:shd w:val="clear" w:color="auto" w:fill="1A6B6B"/>
          </w:tcPr>
          <w:p w14:paraId="4187BFF8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John 13:35</w:t>
            </w:r>
          </w:p>
        </w:tc>
        <w:tc>
          <w:tcPr>
            <w:tcW w:w="4896" w:type="dxa"/>
            <w:shd w:val="clear" w:color="auto" w:fill="FDF6E3"/>
          </w:tcPr>
          <w:p w14:paraId="0FDC6583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The world identifies our discipleship by our love — not our theology, buildings, or programs.</w:t>
            </w:r>
          </w:p>
        </w:tc>
      </w:tr>
    </w:tbl>
    <w:p w14:paraId="49F6F59A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2DD9CD0C" w14:textId="77777777">
        <w:trPr>
          <w:jc w:val="center"/>
        </w:trPr>
        <w:tc>
          <w:tcPr>
            <w:tcW w:w="4896" w:type="dxa"/>
            <w:shd w:val="clear" w:color="auto" w:fill="1A6B6B"/>
          </w:tcPr>
          <w:p w14:paraId="2239026B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Gal 5:22–23</w:t>
            </w:r>
          </w:p>
        </w:tc>
        <w:tc>
          <w:tcPr>
            <w:tcW w:w="4896" w:type="dxa"/>
            <w:shd w:val="clear" w:color="auto" w:fill="FDF6E3"/>
          </w:tcPr>
          <w:p w14:paraId="001E84D0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One fruit (karpos), nine expressions: love, joy, peace, longsuffering, gentleness, goodness, faith, meekness, temperance.</w:t>
            </w:r>
          </w:p>
        </w:tc>
      </w:tr>
    </w:tbl>
    <w:p w14:paraId="179C02A8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2BDEBD5A" w14:textId="77777777">
        <w:trPr>
          <w:jc w:val="center"/>
        </w:trPr>
        <w:tc>
          <w:tcPr>
            <w:tcW w:w="4896" w:type="dxa"/>
            <w:shd w:val="clear" w:color="auto" w:fill="1A6B6B"/>
          </w:tcPr>
          <w:p w14:paraId="571E98DC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Gal 5:24</w:t>
            </w:r>
          </w:p>
        </w:tc>
        <w:tc>
          <w:tcPr>
            <w:tcW w:w="4896" w:type="dxa"/>
            <w:shd w:val="clear" w:color="auto" w:fill="FDF6E3"/>
          </w:tcPr>
          <w:p w14:paraId="4BDB01BE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Character formation requires the ongoing death of self-centered living — "crucified the flesh."</w:t>
            </w:r>
          </w:p>
        </w:tc>
      </w:tr>
    </w:tbl>
    <w:p w14:paraId="1B12EBAE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551B3B8B" w14:textId="77777777">
        <w:trPr>
          <w:jc w:val="center"/>
        </w:trPr>
        <w:tc>
          <w:tcPr>
            <w:tcW w:w="4896" w:type="dxa"/>
            <w:shd w:val="clear" w:color="auto" w:fill="1A6B6B"/>
          </w:tcPr>
          <w:p w14:paraId="3FE83EB7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Gal 5:25</w:t>
            </w:r>
          </w:p>
        </w:tc>
        <w:tc>
          <w:tcPr>
            <w:tcW w:w="4896" w:type="dxa"/>
            <w:shd w:val="clear" w:color="auto" w:fill="FDF6E3"/>
          </w:tcPr>
          <w:p w14:paraId="4BBAB76A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"If we live in the Spirit, let us also walk in the Spirit." Discipleship is a daily walk, step by step.</w:t>
            </w:r>
          </w:p>
        </w:tc>
      </w:tr>
    </w:tbl>
    <w:p w14:paraId="10C81BC4" w14:textId="77777777" w:rsidR="007142CA" w:rsidRDefault="007142CA"/>
    <w:p w14:paraId="67DDE0A1" w14:textId="77777777" w:rsidR="007142CA" w:rsidRDefault="000E11C8">
      <w:pPr>
        <w:spacing w:before="40" w:after="40"/>
      </w:pPr>
      <w:r>
        <w:rPr>
          <w:color w:val="1A6B6B"/>
          <w:sz w:val="1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45FF63B1" w14:textId="77777777" w:rsidR="007142CA" w:rsidRDefault="000E11C8">
      <w:pPr>
        <w:shd w:val="clear" w:color="auto" w:fill="1A6B6B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💬  DISCUSSION QUESTIONS  </w:t>
      </w:r>
    </w:p>
    <w:p w14:paraId="71A06A05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lastRenderedPageBreak/>
        <w:t xml:space="preserve">Q1  </w:t>
      </w:r>
      <w:r>
        <w:rPr>
          <w:rFonts w:ascii="Calibri" w:hAnsi="Calibri"/>
          <w:color w:val="2C2C2C"/>
        </w:rPr>
        <w:t>"As I have loved you" (v. 34). What specific acts of Christ's love does that standard point to?</w:t>
      </w:r>
    </w:p>
    <w:p w14:paraId="32103129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Q2  </w:t>
      </w:r>
      <w:r>
        <w:rPr>
          <w:rFonts w:ascii="Calibri" w:hAnsi="Calibri"/>
          <w:color w:val="2C2C2C"/>
        </w:rPr>
        <w:t>Is your church easily identifiable as a community of disciples by its love? Is your own life?</w:t>
      </w:r>
    </w:p>
    <w:p w14:paraId="323AC8BD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Q3  </w:t>
      </w:r>
      <w:r>
        <w:rPr>
          <w:rFonts w:ascii="Calibri" w:hAnsi="Calibri"/>
          <w:color w:val="2C2C2C"/>
        </w:rPr>
        <w:t>Which fruit of the Spirit do you see most consistently in your life? Which are you least growing in?</w:t>
      </w:r>
    </w:p>
    <w:p w14:paraId="1433C225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Q4  </w:t>
      </w:r>
      <w:r>
        <w:rPr>
          <w:rFonts w:ascii="Calibri" w:hAnsi="Calibri"/>
          <w:color w:val="2C2C2C"/>
        </w:rPr>
        <w:t>Galatians 5:24: what specific fleshly patterns are you still in the process of putting to death?</w:t>
      </w:r>
    </w:p>
    <w:p w14:paraId="20ABC3DC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Q5  </w:t>
      </w:r>
      <w:r>
        <w:rPr>
          <w:rFonts w:ascii="Calibri" w:hAnsi="Calibri"/>
          <w:color w:val="2C2C2C"/>
        </w:rPr>
        <w:t>1 Corinthians 13:1–3 says without love, all gifts are worthless. Does this change how you evaluate your discipleship?</w:t>
      </w:r>
    </w:p>
    <w:p w14:paraId="78858E29" w14:textId="77777777" w:rsidR="007142CA" w:rsidRDefault="000E11C8">
      <w:pPr>
        <w:spacing w:before="40" w:after="40"/>
      </w:pPr>
      <w:r>
        <w:rPr>
          <w:color w:val="1A6B6B"/>
          <w:sz w:val="1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36ABA06C" w14:textId="77777777" w:rsidR="007142CA" w:rsidRDefault="000E11C8">
      <w:pPr>
        <w:shd w:val="clear" w:color="auto" w:fill="1A6B6B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🌱  REFLECTION &amp; COMMITMENT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6E15ADB0" w14:textId="77777777">
        <w:trPr>
          <w:jc w:val="center"/>
        </w:trPr>
        <w:tc>
          <w:tcPr>
            <w:tcW w:w="9792" w:type="dxa"/>
            <w:tcBorders>
              <w:left w:val="single" w:sz="20" w:space="0" w:color="1A6B6B"/>
            </w:tcBorders>
            <w:shd w:val="clear" w:color="auto" w:fill="E0F4F4"/>
          </w:tcPr>
          <w:p w14:paraId="71362DDE" w14:textId="77777777" w:rsidR="007142CA" w:rsidRDefault="007142CA"/>
          <w:p w14:paraId="468A874C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>🪞  Reflection:</w:t>
            </w:r>
          </w:p>
          <w:p w14:paraId="4B754CF2" w14:textId="77777777" w:rsidR="007142CA" w:rsidRDefault="000E11C8">
            <w:r>
              <w:rPr>
                <w:rFonts w:ascii="Calibri" w:hAnsi="Calibri"/>
                <w:color w:val="2C2C2C"/>
              </w:rPr>
              <w:t>"Which fruit of the Spirit does the most important person in my life most need to see from me right now? What specific action would it require?"</w:t>
            </w:r>
          </w:p>
        </w:tc>
      </w:tr>
    </w:tbl>
    <w:p w14:paraId="50B5279B" w14:textId="77777777" w:rsidR="007142CA" w:rsidRDefault="007142CA"/>
    <w:p w14:paraId="50BD4A16" w14:textId="77777777" w:rsidR="007142CA" w:rsidRDefault="000E11C8">
      <w:pPr>
        <w:spacing w:after="60"/>
        <w:ind w:left="432"/>
      </w:pPr>
      <w:r>
        <w:rPr>
          <w:rFonts w:ascii="Calibri" w:hAnsi="Calibri"/>
          <w:color w:val="2C2C2C"/>
        </w:rPr>
        <w:t>My Commitment this week:</w:t>
      </w:r>
    </w:p>
    <w:p w14:paraId="08D01399" w14:textId="77777777" w:rsidR="007142CA" w:rsidRDefault="000E11C8">
      <w:pPr>
        <w:spacing w:after="60"/>
        <w:ind w:left="432"/>
      </w:pPr>
      <w:r>
        <w:rPr>
          <w:rFonts w:ascii="Calibri" w:hAnsi="Calibri"/>
          <w:color w:val="1A6B6B"/>
        </w:rPr>
        <w:t>"This week I will practice __________ (name a fruit) toward __________ (name a person)."</w:t>
      </w:r>
    </w:p>
    <w:p w14:paraId="318C93BF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790CE4F1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7EB7FA97" w14:textId="77777777" w:rsidR="007142CA" w:rsidRDefault="000E11C8">
      <w:pPr>
        <w:spacing w:before="40" w:after="40"/>
      </w:pPr>
      <w:r>
        <w:rPr>
          <w:color w:val="1A6B6B"/>
          <w:sz w:val="1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73157B99" w14:textId="77777777" w:rsidR="007142CA" w:rsidRDefault="000E11C8">
      <w:pPr>
        <w:shd w:val="clear" w:color="auto" w:fill="1A6B6B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🏠  AT-HOME PRACTICE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6CB4E91A" w14:textId="77777777">
        <w:trPr>
          <w:jc w:val="center"/>
        </w:trPr>
        <w:tc>
          <w:tcPr>
            <w:tcW w:w="9792" w:type="dxa"/>
            <w:tcBorders>
              <w:left w:val="single" w:sz="20" w:space="0" w:color="1A6B6B"/>
            </w:tcBorders>
            <w:shd w:val="clear" w:color="auto" w:fill="E0F4F4"/>
          </w:tcPr>
          <w:p w14:paraId="1A338975" w14:textId="77777777" w:rsidR="007142CA" w:rsidRDefault="007142CA"/>
          <w:p w14:paraId="462CFE22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>✍️  Journal Prompt:</w:t>
            </w:r>
          </w:p>
          <w:p w14:paraId="471E33C5" w14:textId="77777777" w:rsidR="007142CA" w:rsidRDefault="000E11C8">
            <w:r>
              <w:rPr>
                <w:rFonts w:ascii="Calibri" w:hAnsi="Calibri"/>
                <w:color w:val="2C2C2C"/>
              </w:rPr>
              <w:t>"Describe the most loving thing someone has ever done for you. Now the most loving thing you've done for someone else. What gap do you notice?"</w:t>
            </w:r>
          </w:p>
        </w:tc>
      </w:tr>
    </w:tbl>
    <w:p w14:paraId="735F70CB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7FFA1636" w14:textId="77777777">
        <w:trPr>
          <w:jc w:val="center"/>
        </w:trPr>
        <w:tc>
          <w:tcPr>
            <w:tcW w:w="9792" w:type="dxa"/>
            <w:tcBorders>
              <w:left w:val="single" w:sz="20" w:space="0" w:color="1A6B6B"/>
            </w:tcBorders>
            <w:shd w:val="clear" w:color="auto" w:fill="E0F4F4"/>
          </w:tcPr>
          <w:p w14:paraId="2F7720BF" w14:textId="77777777" w:rsidR="007142CA" w:rsidRDefault="007142CA"/>
          <w:p w14:paraId="083002C0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>🎯  Action Step:</w:t>
            </w:r>
          </w:p>
          <w:p w14:paraId="34E63E8A" w14:textId="77777777" w:rsidR="007142CA" w:rsidRDefault="000E11C8">
            <w:r>
              <w:rPr>
                <w:rFonts w:ascii="Calibri" w:hAnsi="Calibri"/>
                <w:color w:val="2C2C2C"/>
              </w:rPr>
              <w:t>Perform one specific act of love or kindness this week for someone who cannot repay you — and do it in secret.</w:t>
            </w:r>
          </w:p>
        </w:tc>
      </w:tr>
    </w:tbl>
    <w:p w14:paraId="38330CE7" w14:textId="77777777" w:rsidR="007142CA" w:rsidRDefault="007142CA"/>
    <w:p w14:paraId="1982DA5A" w14:textId="77777777" w:rsidR="007142CA" w:rsidRDefault="000E11C8">
      <w:pPr>
        <w:shd w:val="clear" w:color="auto" w:fill="1A6B6B"/>
        <w:spacing w:before="80" w:after="80"/>
        <w:jc w:val="center"/>
      </w:pPr>
      <w:r>
        <w:rPr>
          <w:rFonts w:ascii="Georgia" w:hAnsi="Georgia"/>
          <w:b/>
          <w:color w:val="FFFFFF"/>
        </w:rPr>
        <w:lastRenderedPageBreak/>
        <w:t xml:space="preserve">  ✏️  MY NOTES  </w:t>
      </w:r>
    </w:p>
    <w:p w14:paraId="4BFF7FC4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23D57093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4E4C803B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67E0468D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21FF7760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609363C8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1167DB8E" w14:textId="77777777" w:rsidR="007142CA" w:rsidRDefault="000E11C8">
      <w:pPr>
        <w:shd w:val="clear" w:color="auto" w:fill="1A6B6B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⭐  FRUIT OF THE SPIRIT REFERENCE — GALATIANS 5:22–23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64"/>
        <w:gridCol w:w="3264"/>
        <w:gridCol w:w="3264"/>
      </w:tblGrid>
      <w:tr w:rsidR="007142CA" w14:paraId="2CECA850" w14:textId="77777777">
        <w:trPr>
          <w:jc w:val="center"/>
        </w:trPr>
        <w:tc>
          <w:tcPr>
            <w:tcW w:w="3264" w:type="dxa"/>
            <w:tcBorders>
              <w:top w:val="single" w:sz="6" w:space="0" w:color="1A6B6B"/>
              <w:left w:val="single" w:sz="6" w:space="0" w:color="1A6B6B"/>
              <w:bottom w:val="single" w:sz="6" w:space="0" w:color="1A6B6B"/>
              <w:right w:val="single" w:sz="6" w:space="0" w:color="1A6B6B"/>
            </w:tcBorders>
            <w:shd w:val="clear" w:color="auto" w:fill="E0F4F4"/>
          </w:tcPr>
          <w:p w14:paraId="585E9FA4" w14:textId="77777777" w:rsidR="007142CA" w:rsidRDefault="000E11C8">
            <w:r>
              <w:rPr>
                <w:rFonts w:ascii="Calibri" w:hAnsi="Calibri"/>
                <w:b/>
                <w:color w:val="1A6B6B"/>
                <w:sz w:val="20"/>
              </w:rPr>
              <w:t>Love</w:t>
            </w:r>
            <w:r>
              <w:rPr>
                <w:rFonts w:ascii="Calibri" w:hAnsi="Calibri"/>
                <w:b/>
                <w:color w:val="1A6B6B"/>
                <w:sz w:val="20"/>
              </w:rPr>
              <w:br/>
            </w:r>
            <w:r>
              <w:rPr>
                <w:rFonts w:ascii="Calibri" w:hAnsi="Calibri"/>
                <w:color w:val="2C2C2C"/>
                <w:sz w:val="18"/>
              </w:rPr>
              <w:t>Agape — choosing others' good</w:t>
            </w:r>
          </w:p>
        </w:tc>
        <w:tc>
          <w:tcPr>
            <w:tcW w:w="3264" w:type="dxa"/>
            <w:tcBorders>
              <w:top w:val="single" w:sz="6" w:space="0" w:color="1A6B6B"/>
              <w:left w:val="single" w:sz="6" w:space="0" w:color="1A6B6B"/>
              <w:bottom w:val="single" w:sz="6" w:space="0" w:color="1A6B6B"/>
              <w:right w:val="single" w:sz="6" w:space="0" w:color="1A6B6B"/>
            </w:tcBorders>
            <w:shd w:val="clear" w:color="auto" w:fill="E0F4F4"/>
          </w:tcPr>
          <w:p w14:paraId="411F343D" w14:textId="77777777" w:rsidR="007142CA" w:rsidRDefault="000E11C8">
            <w:r>
              <w:rPr>
                <w:rFonts w:ascii="Calibri" w:hAnsi="Calibri"/>
                <w:b/>
                <w:color w:val="1A6B6B"/>
                <w:sz w:val="20"/>
              </w:rPr>
              <w:t>Joy</w:t>
            </w:r>
            <w:r>
              <w:rPr>
                <w:rFonts w:ascii="Calibri" w:hAnsi="Calibri"/>
                <w:b/>
                <w:color w:val="1A6B6B"/>
                <w:sz w:val="20"/>
              </w:rPr>
              <w:br/>
            </w:r>
            <w:r>
              <w:rPr>
                <w:rFonts w:ascii="Calibri" w:hAnsi="Calibri"/>
                <w:color w:val="2C2C2C"/>
                <w:sz w:val="18"/>
              </w:rPr>
              <w:t>Spirit-sustained delight in God</w:t>
            </w:r>
          </w:p>
        </w:tc>
        <w:tc>
          <w:tcPr>
            <w:tcW w:w="3264" w:type="dxa"/>
            <w:tcBorders>
              <w:top w:val="single" w:sz="6" w:space="0" w:color="1A6B6B"/>
              <w:left w:val="single" w:sz="6" w:space="0" w:color="1A6B6B"/>
              <w:bottom w:val="single" w:sz="6" w:space="0" w:color="1A6B6B"/>
              <w:right w:val="single" w:sz="6" w:space="0" w:color="1A6B6B"/>
            </w:tcBorders>
            <w:shd w:val="clear" w:color="auto" w:fill="E0F4F4"/>
          </w:tcPr>
          <w:p w14:paraId="6523E3F2" w14:textId="77777777" w:rsidR="007142CA" w:rsidRDefault="000E11C8">
            <w:r>
              <w:rPr>
                <w:rFonts w:ascii="Calibri" w:hAnsi="Calibri"/>
                <w:b/>
                <w:color w:val="1A6B6B"/>
                <w:sz w:val="20"/>
              </w:rPr>
              <w:t>Peace</w:t>
            </w:r>
            <w:r>
              <w:rPr>
                <w:rFonts w:ascii="Calibri" w:hAnsi="Calibri"/>
                <w:b/>
                <w:color w:val="1A6B6B"/>
                <w:sz w:val="20"/>
              </w:rPr>
              <w:br/>
            </w:r>
            <w:r>
              <w:rPr>
                <w:rFonts w:ascii="Calibri" w:hAnsi="Calibri"/>
                <w:color w:val="2C2C2C"/>
                <w:sz w:val="18"/>
              </w:rPr>
              <w:t>Shalom — inner wholeness</w:t>
            </w:r>
          </w:p>
        </w:tc>
      </w:tr>
      <w:tr w:rsidR="007142CA" w14:paraId="4FEEFAA5" w14:textId="77777777">
        <w:trPr>
          <w:jc w:val="center"/>
        </w:trPr>
        <w:tc>
          <w:tcPr>
            <w:tcW w:w="3264" w:type="dxa"/>
            <w:tcBorders>
              <w:top w:val="single" w:sz="6" w:space="0" w:color="1A6B6B"/>
              <w:left w:val="single" w:sz="6" w:space="0" w:color="1A6B6B"/>
              <w:bottom w:val="single" w:sz="6" w:space="0" w:color="1A6B6B"/>
              <w:right w:val="single" w:sz="6" w:space="0" w:color="1A6B6B"/>
            </w:tcBorders>
            <w:shd w:val="clear" w:color="auto" w:fill="E0F4F4"/>
          </w:tcPr>
          <w:p w14:paraId="0E01C009" w14:textId="77777777" w:rsidR="007142CA" w:rsidRDefault="000E11C8">
            <w:r>
              <w:rPr>
                <w:rFonts w:ascii="Calibri" w:hAnsi="Calibri"/>
                <w:b/>
                <w:color w:val="1A6B6B"/>
                <w:sz w:val="20"/>
              </w:rPr>
              <w:t>Longsuffering</w:t>
            </w:r>
            <w:r>
              <w:rPr>
                <w:rFonts w:ascii="Calibri" w:hAnsi="Calibri"/>
                <w:b/>
                <w:color w:val="1A6B6B"/>
                <w:sz w:val="20"/>
              </w:rPr>
              <w:br/>
            </w:r>
            <w:r>
              <w:rPr>
                <w:rFonts w:ascii="Calibri" w:hAnsi="Calibri"/>
                <w:color w:val="2C2C2C"/>
                <w:sz w:val="18"/>
              </w:rPr>
              <w:t>Patient endurance without retaliation</w:t>
            </w:r>
          </w:p>
        </w:tc>
        <w:tc>
          <w:tcPr>
            <w:tcW w:w="3264" w:type="dxa"/>
            <w:tcBorders>
              <w:top w:val="single" w:sz="6" w:space="0" w:color="1A6B6B"/>
              <w:left w:val="single" w:sz="6" w:space="0" w:color="1A6B6B"/>
              <w:bottom w:val="single" w:sz="6" w:space="0" w:color="1A6B6B"/>
              <w:right w:val="single" w:sz="6" w:space="0" w:color="1A6B6B"/>
            </w:tcBorders>
            <w:shd w:val="clear" w:color="auto" w:fill="E0F4F4"/>
          </w:tcPr>
          <w:p w14:paraId="7430CADF" w14:textId="77777777" w:rsidR="007142CA" w:rsidRDefault="000E11C8">
            <w:r>
              <w:rPr>
                <w:rFonts w:ascii="Calibri" w:hAnsi="Calibri"/>
                <w:b/>
                <w:color w:val="1A6B6B"/>
                <w:sz w:val="20"/>
              </w:rPr>
              <w:t>Gentleness</w:t>
            </w:r>
            <w:r>
              <w:rPr>
                <w:rFonts w:ascii="Calibri" w:hAnsi="Calibri"/>
                <w:b/>
                <w:color w:val="1A6B6B"/>
                <w:sz w:val="20"/>
              </w:rPr>
              <w:br/>
            </w:r>
            <w:r>
              <w:rPr>
                <w:rFonts w:ascii="Calibri" w:hAnsi="Calibri"/>
                <w:color w:val="2C2C2C"/>
                <w:sz w:val="18"/>
              </w:rPr>
              <w:t>Kindness in considerate action</w:t>
            </w:r>
          </w:p>
        </w:tc>
        <w:tc>
          <w:tcPr>
            <w:tcW w:w="3264" w:type="dxa"/>
            <w:tcBorders>
              <w:top w:val="single" w:sz="6" w:space="0" w:color="1A6B6B"/>
              <w:left w:val="single" w:sz="6" w:space="0" w:color="1A6B6B"/>
              <w:bottom w:val="single" w:sz="6" w:space="0" w:color="1A6B6B"/>
              <w:right w:val="single" w:sz="6" w:space="0" w:color="1A6B6B"/>
            </w:tcBorders>
            <w:shd w:val="clear" w:color="auto" w:fill="E0F4F4"/>
          </w:tcPr>
          <w:p w14:paraId="0EE3B04C" w14:textId="77777777" w:rsidR="007142CA" w:rsidRDefault="000E11C8">
            <w:r>
              <w:rPr>
                <w:rFonts w:ascii="Calibri" w:hAnsi="Calibri"/>
                <w:b/>
                <w:color w:val="1A6B6B"/>
                <w:sz w:val="20"/>
              </w:rPr>
              <w:t>Goodness</w:t>
            </w:r>
            <w:r>
              <w:rPr>
                <w:rFonts w:ascii="Calibri" w:hAnsi="Calibri"/>
                <w:b/>
                <w:color w:val="1A6B6B"/>
                <w:sz w:val="20"/>
              </w:rPr>
              <w:br/>
            </w:r>
            <w:r>
              <w:rPr>
                <w:rFonts w:ascii="Calibri" w:hAnsi="Calibri"/>
                <w:color w:val="2C2C2C"/>
                <w:sz w:val="18"/>
              </w:rPr>
              <w:t>Active moral integrity</w:t>
            </w:r>
          </w:p>
        </w:tc>
      </w:tr>
      <w:tr w:rsidR="007142CA" w14:paraId="3FC74A68" w14:textId="77777777">
        <w:trPr>
          <w:jc w:val="center"/>
        </w:trPr>
        <w:tc>
          <w:tcPr>
            <w:tcW w:w="3264" w:type="dxa"/>
            <w:tcBorders>
              <w:top w:val="single" w:sz="6" w:space="0" w:color="1A6B6B"/>
              <w:left w:val="single" w:sz="6" w:space="0" w:color="1A6B6B"/>
              <w:bottom w:val="single" w:sz="6" w:space="0" w:color="1A6B6B"/>
              <w:right w:val="single" w:sz="6" w:space="0" w:color="1A6B6B"/>
            </w:tcBorders>
            <w:shd w:val="clear" w:color="auto" w:fill="E0F4F4"/>
          </w:tcPr>
          <w:p w14:paraId="1E127E22" w14:textId="77777777" w:rsidR="007142CA" w:rsidRDefault="000E11C8">
            <w:r>
              <w:rPr>
                <w:rFonts w:ascii="Calibri" w:hAnsi="Calibri"/>
                <w:b/>
                <w:color w:val="1A6B6B"/>
                <w:sz w:val="20"/>
              </w:rPr>
              <w:t>Faith</w:t>
            </w:r>
            <w:r>
              <w:rPr>
                <w:rFonts w:ascii="Calibri" w:hAnsi="Calibri"/>
                <w:b/>
                <w:color w:val="1A6B6B"/>
                <w:sz w:val="20"/>
              </w:rPr>
              <w:br/>
            </w:r>
            <w:r>
              <w:rPr>
                <w:rFonts w:ascii="Calibri" w:hAnsi="Calibri"/>
                <w:color w:val="2C2C2C"/>
                <w:sz w:val="18"/>
              </w:rPr>
              <w:t>Faithfulness and reliability</w:t>
            </w:r>
          </w:p>
        </w:tc>
        <w:tc>
          <w:tcPr>
            <w:tcW w:w="3264" w:type="dxa"/>
            <w:tcBorders>
              <w:top w:val="single" w:sz="6" w:space="0" w:color="1A6B6B"/>
              <w:left w:val="single" w:sz="6" w:space="0" w:color="1A6B6B"/>
              <w:bottom w:val="single" w:sz="6" w:space="0" w:color="1A6B6B"/>
              <w:right w:val="single" w:sz="6" w:space="0" w:color="1A6B6B"/>
            </w:tcBorders>
            <w:shd w:val="clear" w:color="auto" w:fill="E0F4F4"/>
          </w:tcPr>
          <w:p w14:paraId="467DB14C" w14:textId="77777777" w:rsidR="007142CA" w:rsidRDefault="000E11C8">
            <w:r>
              <w:rPr>
                <w:rFonts w:ascii="Calibri" w:hAnsi="Calibri"/>
                <w:b/>
                <w:color w:val="1A6B6B"/>
                <w:sz w:val="20"/>
              </w:rPr>
              <w:t>Meekness</w:t>
            </w:r>
            <w:r>
              <w:rPr>
                <w:rFonts w:ascii="Calibri" w:hAnsi="Calibri"/>
                <w:b/>
                <w:color w:val="1A6B6B"/>
                <w:sz w:val="20"/>
              </w:rPr>
              <w:br/>
            </w:r>
            <w:r>
              <w:rPr>
                <w:rFonts w:ascii="Calibri" w:hAnsi="Calibri"/>
                <w:color w:val="2C2C2C"/>
                <w:sz w:val="18"/>
              </w:rPr>
              <w:t>Strength yielded to God's purposes</w:t>
            </w:r>
          </w:p>
        </w:tc>
        <w:tc>
          <w:tcPr>
            <w:tcW w:w="3264" w:type="dxa"/>
            <w:tcBorders>
              <w:top w:val="single" w:sz="6" w:space="0" w:color="1A6B6B"/>
              <w:left w:val="single" w:sz="6" w:space="0" w:color="1A6B6B"/>
              <w:bottom w:val="single" w:sz="6" w:space="0" w:color="1A6B6B"/>
              <w:right w:val="single" w:sz="6" w:space="0" w:color="1A6B6B"/>
            </w:tcBorders>
            <w:shd w:val="clear" w:color="auto" w:fill="E0F4F4"/>
          </w:tcPr>
          <w:p w14:paraId="5F078D5E" w14:textId="77777777" w:rsidR="007142CA" w:rsidRDefault="000E11C8">
            <w:r>
              <w:rPr>
                <w:rFonts w:ascii="Calibri" w:hAnsi="Calibri"/>
                <w:b/>
                <w:color w:val="1A6B6B"/>
                <w:sz w:val="20"/>
              </w:rPr>
              <w:t>Temperance</w:t>
            </w:r>
            <w:r>
              <w:rPr>
                <w:rFonts w:ascii="Calibri" w:hAnsi="Calibri"/>
                <w:b/>
                <w:color w:val="1A6B6B"/>
                <w:sz w:val="20"/>
              </w:rPr>
              <w:br/>
            </w:r>
            <w:r>
              <w:rPr>
                <w:rFonts w:ascii="Calibri" w:hAnsi="Calibri"/>
                <w:color w:val="2C2C2C"/>
                <w:sz w:val="18"/>
              </w:rPr>
              <w:t>Self-control over appetites and reactions</w:t>
            </w:r>
          </w:p>
        </w:tc>
      </w:tr>
    </w:tbl>
    <w:p w14:paraId="5B7E49E7" w14:textId="77777777" w:rsidR="007142CA" w:rsidRDefault="000E11C8">
      <w:pPr>
        <w:spacing w:after="60"/>
        <w:ind w:left="432"/>
      </w:pPr>
      <w:r>
        <w:rPr>
          <w:rFonts w:ascii="Calibri" w:hAnsi="Calibri"/>
          <w:color w:val="2C2C2C"/>
        </w:rPr>
        <w:t>Circle the fruit you are MOST growing in: ___________     Circle the one you MOST need: ___________</w:t>
      </w:r>
    </w:p>
    <w:p w14:paraId="16E5FFC2" w14:textId="77777777" w:rsidR="007142CA" w:rsidRDefault="007142CA"/>
    <w:p w14:paraId="10916AFB" w14:textId="77777777" w:rsidR="007142CA" w:rsidRDefault="000E11C8">
      <w:pPr>
        <w:shd w:val="clear" w:color="auto" w:fill="1A6B6B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✏️  MY NOTES — WEEK 3  </w:t>
      </w:r>
    </w:p>
    <w:p w14:paraId="35C1C6D2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65F5437F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0D2B5DD8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53BBE0DD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69AE5D5E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6140CC3E" w14:textId="77777777" w:rsidR="007142CA" w:rsidRDefault="000E11C8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24ABE26C" w14:textId="77777777">
        <w:trPr>
          <w:jc w:val="center"/>
        </w:trPr>
        <w:tc>
          <w:tcPr>
            <w:tcW w:w="9792" w:type="dxa"/>
            <w:shd w:val="clear" w:color="auto" w:fill="1A6B6B"/>
          </w:tcPr>
          <w:p w14:paraId="0DE85259" w14:textId="77777777" w:rsidR="007142CA" w:rsidRDefault="000E11C8" w:rsidP="00470513">
            <w:pPr>
              <w:pStyle w:val="Heading3"/>
            </w:pPr>
            <w:r>
              <w:lastRenderedPageBreak/>
              <w:t xml:space="preserve">  </w:t>
            </w:r>
            <w:bookmarkStart w:id="4" w:name="_Toc224725424"/>
            <w:r w:rsidRPr="00470513">
              <w:rPr>
                <w:color w:val="FFFFFF" w:themeColor="background1"/>
                <w:sz w:val="28"/>
                <w:szCs w:val="28"/>
              </w:rPr>
              <w:t xml:space="preserve">WEEK </w:t>
            </w:r>
            <w:proofErr w:type="gramStart"/>
            <w:r w:rsidRPr="00470513">
              <w:rPr>
                <w:color w:val="FFFFFF" w:themeColor="background1"/>
                <w:sz w:val="28"/>
                <w:szCs w:val="28"/>
              </w:rPr>
              <w:t>4  |</w:t>
            </w:r>
            <w:proofErr w:type="gramEnd"/>
            <w:r w:rsidRPr="00470513">
              <w:rPr>
                <w:color w:val="FFFFFF" w:themeColor="background1"/>
                <w:sz w:val="28"/>
                <w:szCs w:val="28"/>
              </w:rPr>
              <w:t xml:space="preserve">  THE COMMUNITY OF DISCIPLESHIP</w:t>
            </w:r>
            <w:bookmarkEnd w:id="4"/>
            <w:r w:rsidRPr="00470513">
              <w:rPr>
                <w:color w:val="FFFFFF" w:themeColor="background1"/>
                <w:sz w:val="28"/>
                <w:szCs w:val="28"/>
              </w:rPr>
              <w:t xml:space="preserve">  </w:t>
            </w:r>
          </w:p>
        </w:tc>
      </w:tr>
      <w:tr w:rsidR="007142CA" w14:paraId="0E315615" w14:textId="77777777">
        <w:trPr>
          <w:jc w:val="center"/>
        </w:trPr>
        <w:tc>
          <w:tcPr>
            <w:tcW w:w="9792" w:type="dxa"/>
            <w:shd w:val="clear" w:color="auto" w:fill="FDF0D0"/>
          </w:tcPr>
          <w:p w14:paraId="711A04A6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0D2B55"/>
                <w:sz w:val="20"/>
              </w:rPr>
              <w:t>📖  Acts 2:42–47; Hebrews 10:24–25  (KJV)</w:t>
            </w:r>
          </w:p>
        </w:tc>
      </w:tr>
      <w:tr w:rsidR="007142CA" w14:paraId="08B890A7" w14:textId="77777777">
        <w:trPr>
          <w:jc w:val="center"/>
        </w:trPr>
        <w:tc>
          <w:tcPr>
            <w:tcW w:w="9792" w:type="dxa"/>
            <w:shd w:val="clear" w:color="auto" w:fill="FDF6E3"/>
          </w:tcPr>
          <w:p w14:paraId="15C02E2F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 xml:space="preserve">💡  BIG IDEA:  </w:t>
            </w:r>
            <w:r>
              <w:rPr>
                <w:rFonts w:ascii="Calibri" w:hAnsi="Calibri"/>
                <w:color w:val="2C2C2C"/>
              </w:rPr>
              <w:t>Discipleship was never designed to be a solo journey — God forms His people together.</w:t>
            </w:r>
          </w:p>
        </w:tc>
      </w:tr>
    </w:tbl>
    <w:p w14:paraId="2B920666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78596974" w14:textId="77777777">
        <w:trPr>
          <w:jc w:val="center"/>
        </w:trPr>
        <w:tc>
          <w:tcPr>
            <w:tcW w:w="9792" w:type="dxa"/>
            <w:tcBorders>
              <w:top w:val="single" w:sz="12" w:space="0" w:color="0D2B55"/>
              <w:left w:val="single" w:sz="12" w:space="0" w:color="0D2B55"/>
              <w:bottom w:val="single" w:sz="12" w:space="0" w:color="0D2B55"/>
              <w:right w:val="single" w:sz="12" w:space="0" w:color="0D2B55"/>
            </w:tcBorders>
            <w:shd w:val="clear" w:color="auto" w:fill="E0F4F4"/>
          </w:tcPr>
          <w:p w14:paraId="1C0C4595" w14:textId="77777777" w:rsidR="007142CA" w:rsidRDefault="007142CA"/>
          <w:p w14:paraId="1DD62665" w14:textId="77777777" w:rsidR="007142CA" w:rsidRDefault="000E11C8">
            <w:pPr>
              <w:jc w:val="center"/>
            </w:pPr>
            <w:r>
              <w:rPr>
                <w:rFonts w:ascii="Georgia" w:hAnsi="Georgia"/>
                <w:b/>
                <w:i/>
                <w:color w:val="0D2B55"/>
                <w:sz w:val="24"/>
              </w:rPr>
              <w:t>📖  "And they continued stedfastly in the apostles' doctrine and fellowship,</w:t>
            </w:r>
            <w:r>
              <w:rPr>
                <w:rFonts w:ascii="Georgia" w:hAnsi="Georgia"/>
                <w:b/>
                <w:i/>
                <w:color w:val="0D2B55"/>
                <w:sz w:val="24"/>
              </w:rPr>
              <w:br/>
              <w:t>and in breaking of bread, and in prayers."</w:t>
            </w:r>
          </w:p>
          <w:p w14:paraId="3B8BAC2F" w14:textId="77777777" w:rsidR="007142CA" w:rsidRDefault="000E11C8">
            <w:pPr>
              <w:jc w:val="center"/>
            </w:pPr>
            <w:r>
              <w:rPr>
                <w:rFonts w:ascii="Georgia" w:hAnsi="Georgia"/>
                <w:b/>
                <w:color w:val="8B6F10"/>
                <w:sz w:val="20"/>
              </w:rPr>
              <w:t>— Acts 2:42 (KJV) ✦ MEMORY VERSE</w:t>
            </w:r>
          </w:p>
        </w:tc>
      </w:tr>
    </w:tbl>
    <w:p w14:paraId="192F73F0" w14:textId="77777777" w:rsidR="007142CA" w:rsidRDefault="007142CA"/>
    <w:p w14:paraId="4C7F8E23" w14:textId="77777777" w:rsidR="007142CA" w:rsidRDefault="000E11C8">
      <w:pPr>
        <w:shd w:val="clear" w:color="auto" w:fill="1A6B6B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📖  KEY TRUTHS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71DC50F8" w14:textId="77777777">
        <w:trPr>
          <w:jc w:val="center"/>
        </w:trPr>
        <w:tc>
          <w:tcPr>
            <w:tcW w:w="4896" w:type="dxa"/>
            <w:shd w:val="clear" w:color="auto" w:fill="1A6B6B"/>
          </w:tcPr>
          <w:p w14:paraId="547CA749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Acts 2:42</w:t>
            </w:r>
          </w:p>
        </w:tc>
        <w:tc>
          <w:tcPr>
            <w:tcW w:w="4896" w:type="dxa"/>
            <w:shd w:val="clear" w:color="auto" w:fill="FDF6E3"/>
          </w:tcPr>
          <w:p w14:paraId="4D2A7BCD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Four pillars: Doctrine (Scripture) · Fellowship (shared life) · Breaking of bread (communion) · Prayers.</w:t>
            </w:r>
          </w:p>
        </w:tc>
      </w:tr>
    </w:tbl>
    <w:p w14:paraId="2C1B30B5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5D030F05" w14:textId="77777777">
        <w:trPr>
          <w:jc w:val="center"/>
        </w:trPr>
        <w:tc>
          <w:tcPr>
            <w:tcW w:w="4896" w:type="dxa"/>
            <w:shd w:val="clear" w:color="auto" w:fill="1A6B6B"/>
          </w:tcPr>
          <w:p w14:paraId="2A2857E9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Acts 2:44–45</w:t>
            </w:r>
          </w:p>
        </w:tc>
        <w:tc>
          <w:tcPr>
            <w:tcW w:w="4896" w:type="dxa"/>
            <w:shd w:val="clear" w:color="auto" w:fill="FDF6E3"/>
          </w:tcPr>
          <w:p w14:paraId="68C15C69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Radical generosity — selling possessions and distributing to needs. Discipleship changes your relationship with stuff.</w:t>
            </w:r>
          </w:p>
        </w:tc>
      </w:tr>
    </w:tbl>
    <w:p w14:paraId="59641BB7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2467B3CA" w14:textId="77777777">
        <w:trPr>
          <w:jc w:val="center"/>
        </w:trPr>
        <w:tc>
          <w:tcPr>
            <w:tcW w:w="4896" w:type="dxa"/>
            <w:shd w:val="clear" w:color="auto" w:fill="1A6B6B"/>
          </w:tcPr>
          <w:p w14:paraId="708820B5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Acts 2:46</w:t>
            </w:r>
          </w:p>
        </w:tc>
        <w:tc>
          <w:tcPr>
            <w:tcW w:w="4896" w:type="dxa"/>
            <w:shd w:val="clear" w:color="auto" w:fill="FDF6E3"/>
          </w:tcPr>
          <w:p w14:paraId="315BA8CE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DAILY — they met daily. Discipleship was a lifestyle, not a Sunday schedule.</w:t>
            </w:r>
          </w:p>
        </w:tc>
      </w:tr>
    </w:tbl>
    <w:p w14:paraId="396914C4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479D8378" w14:textId="77777777">
        <w:trPr>
          <w:jc w:val="center"/>
        </w:trPr>
        <w:tc>
          <w:tcPr>
            <w:tcW w:w="4896" w:type="dxa"/>
            <w:shd w:val="clear" w:color="auto" w:fill="1A6B6B"/>
          </w:tcPr>
          <w:p w14:paraId="0F4E6884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Acts 2:47</w:t>
            </w:r>
          </w:p>
        </w:tc>
        <w:tc>
          <w:tcPr>
            <w:tcW w:w="4896" w:type="dxa"/>
            <w:shd w:val="clear" w:color="auto" w:fill="FDF6E3"/>
          </w:tcPr>
          <w:p w14:paraId="4E0C441A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Authentic community produces witness: "The Lord added to the church daily."</w:t>
            </w:r>
          </w:p>
        </w:tc>
      </w:tr>
    </w:tbl>
    <w:p w14:paraId="00C96D43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6E978F76" w14:textId="77777777">
        <w:trPr>
          <w:jc w:val="center"/>
        </w:trPr>
        <w:tc>
          <w:tcPr>
            <w:tcW w:w="4896" w:type="dxa"/>
            <w:shd w:val="clear" w:color="auto" w:fill="1A6B6B"/>
          </w:tcPr>
          <w:p w14:paraId="4A714E93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Heb 10:24–25</w:t>
            </w:r>
          </w:p>
        </w:tc>
        <w:tc>
          <w:tcPr>
            <w:tcW w:w="4896" w:type="dxa"/>
            <w:shd w:val="clear" w:color="auto" w:fill="FDF6E3"/>
          </w:tcPr>
          <w:p w14:paraId="77E02FD2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"Not forsaking the assembling of ourselves." Isolation is the enemy's tool. Community is God's design for endurance.</w:t>
            </w:r>
          </w:p>
        </w:tc>
      </w:tr>
    </w:tbl>
    <w:p w14:paraId="47678B97" w14:textId="77777777" w:rsidR="007142CA" w:rsidRDefault="007142CA"/>
    <w:p w14:paraId="6A630515" w14:textId="77777777" w:rsidR="007142CA" w:rsidRDefault="000E11C8">
      <w:pPr>
        <w:spacing w:before="40" w:after="40"/>
      </w:pPr>
      <w:r>
        <w:rPr>
          <w:color w:val="1A6B6B"/>
          <w:sz w:val="1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73C6DFAD" w14:textId="77777777" w:rsidR="007142CA" w:rsidRDefault="000E11C8">
      <w:pPr>
        <w:shd w:val="clear" w:color="auto" w:fill="1A6B6B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💬  DISCUSSION QUESTIONS  </w:t>
      </w:r>
    </w:p>
    <w:p w14:paraId="2F7FE304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lastRenderedPageBreak/>
        <w:t xml:space="preserve">Q1  </w:t>
      </w:r>
      <w:r>
        <w:rPr>
          <w:rFonts w:ascii="Calibri" w:hAnsi="Calibri"/>
          <w:color w:val="2C2C2C"/>
        </w:rPr>
        <w:t>Of the four pillars in Acts 2:42, which is most present in your church? Which is weakest?</w:t>
      </w:r>
    </w:p>
    <w:p w14:paraId="5834CAF9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Q2  </w:t>
      </w:r>
      <w:r>
        <w:rPr>
          <w:rFonts w:ascii="Calibri" w:hAnsi="Calibri"/>
          <w:color w:val="2C2C2C"/>
        </w:rPr>
        <w:t>They met DAILY (v. 46). How does that compare to your current engagement with your church community?</w:t>
      </w:r>
    </w:p>
    <w:p w14:paraId="7C5B86F9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Q3  </w:t>
      </w:r>
      <w:r>
        <w:rPr>
          <w:rFonts w:ascii="Calibri" w:hAnsi="Calibri"/>
          <w:color w:val="2C2C2C"/>
        </w:rPr>
        <w:t>"Provoke one another to love and good works" (Heb 10:24). Who is actively provoking you toward Christlikeness? Are you provoking anyone?</w:t>
      </w:r>
    </w:p>
    <w:p w14:paraId="5E55FA76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Q4  </w:t>
      </w:r>
      <w:r>
        <w:rPr>
          <w:rFonts w:ascii="Calibri" w:hAnsi="Calibri"/>
          <w:color w:val="2C2C2C"/>
        </w:rPr>
        <w:t>How do you respond to Christians who say they can follow Jesus without a local church?</w:t>
      </w:r>
    </w:p>
    <w:p w14:paraId="23767263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Q5  </w:t>
      </w:r>
      <w:r>
        <w:rPr>
          <w:rFonts w:ascii="Calibri" w:hAnsi="Calibri"/>
          <w:color w:val="2C2C2C"/>
        </w:rPr>
        <w:t>Authentic community in Acts 2 led to daily conversions (v. 47). What does that say about the relationship between depth and outreach?</w:t>
      </w:r>
    </w:p>
    <w:p w14:paraId="120EFA90" w14:textId="77777777" w:rsidR="007142CA" w:rsidRDefault="000E11C8">
      <w:pPr>
        <w:spacing w:before="40" w:after="40"/>
      </w:pPr>
      <w:r>
        <w:rPr>
          <w:color w:val="1A6B6B"/>
          <w:sz w:val="1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63AF1B6F" w14:textId="77777777" w:rsidR="007142CA" w:rsidRDefault="000E11C8">
      <w:pPr>
        <w:shd w:val="clear" w:color="auto" w:fill="1A6B6B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🌱  REFLECTION &amp; COMMITMENT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15BB24BC" w14:textId="77777777">
        <w:trPr>
          <w:jc w:val="center"/>
        </w:trPr>
        <w:tc>
          <w:tcPr>
            <w:tcW w:w="9792" w:type="dxa"/>
            <w:tcBorders>
              <w:left w:val="single" w:sz="20" w:space="0" w:color="1A6B6B"/>
            </w:tcBorders>
            <w:shd w:val="clear" w:color="auto" w:fill="E0F4F4"/>
          </w:tcPr>
          <w:p w14:paraId="4FBC6935" w14:textId="77777777" w:rsidR="007142CA" w:rsidRDefault="007142CA"/>
          <w:p w14:paraId="0A1D0813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>🪞  Reflection:</w:t>
            </w:r>
          </w:p>
          <w:p w14:paraId="16CB7102" w14:textId="77777777" w:rsidR="007142CA" w:rsidRDefault="000E11C8">
            <w:r>
              <w:rPr>
                <w:rFonts w:ascii="Calibri" w:hAnsi="Calibri"/>
                <w:color w:val="2C2C2C"/>
              </w:rPr>
              <w:t>"On a scale of 1–10, how invested am I in my local church community? What is one specific step I can take this month to go deeper?"</w:t>
            </w:r>
          </w:p>
        </w:tc>
      </w:tr>
    </w:tbl>
    <w:p w14:paraId="477CECF4" w14:textId="77777777" w:rsidR="007142CA" w:rsidRDefault="007142CA"/>
    <w:p w14:paraId="1E9B305F" w14:textId="77777777" w:rsidR="007142CA" w:rsidRDefault="000E11C8">
      <w:pPr>
        <w:spacing w:after="60"/>
        <w:ind w:left="432"/>
      </w:pPr>
      <w:r>
        <w:rPr>
          <w:rFonts w:ascii="Calibri" w:hAnsi="Calibri"/>
          <w:color w:val="2C2C2C"/>
        </w:rPr>
        <w:t>My Commitment this week:</w:t>
      </w:r>
    </w:p>
    <w:p w14:paraId="429B7D49" w14:textId="77777777" w:rsidR="007142CA" w:rsidRDefault="000E11C8">
      <w:pPr>
        <w:spacing w:after="60"/>
        <w:ind w:left="432"/>
      </w:pPr>
      <w:r>
        <w:rPr>
          <w:rFonts w:ascii="Calibri" w:hAnsi="Calibri"/>
          <w:color w:val="1A6B6B"/>
        </w:rPr>
        <w:t>"I commit to __________ as my next step of community investment in my local church."</w:t>
      </w:r>
    </w:p>
    <w:p w14:paraId="62222C04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53FF6EC4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094942D4" w14:textId="77777777" w:rsidR="007142CA" w:rsidRDefault="000E11C8">
      <w:pPr>
        <w:spacing w:before="40" w:after="40"/>
      </w:pPr>
      <w:r>
        <w:rPr>
          <w:color w:val="1A6B6B"/>
          <w:sz w:val="1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5A956886" w14:textId="77777777" w:rsidR="007142CA" w:rsidRDefault="000E11C8">
      <w:pPr>
        <w:shd w:val="clear" w:color="auto" w:fill="1A6B6B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🏠  AT-HOME PRACTICE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2297957E" w14:textId="77777777">
        <w:trPr>
          <w:jc w:val="center"/>
        </w:trPr>
        <w:tc>
          <w:tcPr>
            <w:tcW w:w="9792" w:type="dxa"/>
            <w:tcBorders>
              <w:left w:val="single" w:sz="20" w:space="0" w:color="1A6B6B"/>
            </w:tcBorders>
            <w:shd w:val="clear" w:color="auto" w:fill="E0F4F4"/>
          </w:tcPr>
          <w:p w14:paraId="30D7CEA6" w14:textId="77777777" w:rsidR="007142CA" w:rsidRDefault="007142CA"/>
          <w:p w14:paraId="621F7458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>✍️  Journal Prompt:</w:t>
            </w:r>
          </w:p>
          <w:p w14:paraId="6BBF3D17" w14:textId="77777777" w:rsidR="007142CA" w:rsidRDefault="000E11C8">
            <w:r>
              <w:rPr>
                <w:rFonts w:ascii="Calibri" w:hAnsi="Calibri"/>
                <w:color w:val="2C2C2C"/>
              </w:rPr>
              <w:t>"Write a letter to your October self: What do I want to be true of my discipleship by the time Session 2 begins?"</w:t>
            </w:r>
          </w:p>
        </w:tc>
      </w:tr>
    </w:tbl>
    <w:p w14:paraId="2C4EB93F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690C7FB5" w14:textId="77777777">
        <w:trPr>
          <w:jc w:val="center"/>
        </w:trPr>
        <w:tc>
          <w:tcPr>
            <w:tcW w:w="9792" w:type="dxa"/>
            <w:tcBorders>
              <w:left w:val="single" w:sz="20" w:space="0" w:color="1A6B6B"/>
            </w:tcBorders>
            <w:shd w:val="clear" w:color="auto" w:fill="E0F4F4"/>
          </w:tcPr>
          <w:p w14:paraId="632581BF" w14:textId="77777777" w:rsidR="007142CA" w:rsidRDefault="007142CA"/>
          <w:p w14:paraId="30EF70C0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>🎯  Action Step:</w:t>
            </w:r>
          </w:p>
          <w:p w14:paraId="6CC552F5" w14:textId="77777777" w:rsidR="007142CA" w:rsidRDefault="000E11C8">
            <w:r>
              <w:rPr>
                <w:rFonts w:ascii="Calibri" w:hAnsi="Calibri"/>
                <w:color w:val="2C2C2C"/>
              </w:rPr>
              <w:t>Invite one person to join you for Discipleship 2026 Session 2 in October. Disciples multiply when shared.</w:t>
            </w:r>
          </w:p>
        </w:tc>
      </w:tr>
    </w:tbl>
    <w:p w14:paraId="1F8C2297" w14:textId="77777777" w:rsidR="007142CA" w:rsidRDefault="007142CA"/>
    <w:p w14:paraId="5E17BA8B" w14:textId="77777777" w:rsidR="007142CA" w:rsidRDefault="000E11C8">
      <w:pPr>
        <w:shd w:val="clear" w:color="auto" w:fill="1A6B6B"/>
        <w:spacing w:before="80" w:after="80"/>
        <w:jc w:val="center"/>
      </w:pPr>
      <w:r>
        <w:rPr>
          <w:rFonts w:ascii="Georgia" w:hAnsi="Georgia"/>
          <w:b/>
          <w:color w:val="FFFFFF"/>
        </w:rPr>
        <w:lastRenderedPageBreak/>
        <w:t xml:space="preserve">  ✏️  MY NOTES  </w:t>
      </w:r>
    </w:p>
    <w:p w14:paraId="4F5C4F78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23619ACB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727C1C4F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1E56F63E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09315F99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462D3777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4FB5A3A0" w14:textId="77777777" w:rsidR="007142CA" w:rsidRDefault="000E11C8">
      <w:pPr>
        <w:shd w:val="clear" w:color="auto" w:fill="1A6B6B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⭐  THE FOUR PILLARS — ACTS 2:42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</w:tblGrid>
      <w:tr w:rsidR="007142CA" w14:paraId="695125B6" w14:textId="77777777">
        <w:trPr>
          <w:jc w:val="center"/>
        </w:trPr>
        <w:tc>
          <w:tcPr>
            <w:tcW w:w="2448" w:type="dxa"/>
            <w:shd w:val="clear" w:color="auto" w:fill="1A6B6B"/>
          </w:tcPr>
          <w:p w14:paraId="06531156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DOCTRINE</w:t>
            </w:r>
          </w:p>
        </w:tc>
        <w:tc>
          <w:tcPr>
            <w:tcW w:w="2448" w:type="dxa"/>
            <w:shd w:val="clear" w:color="auto" w:fill="1A6B6B"/>
          </w:tcPr>
          <w:p w14:paraId="3BCCCC69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FELLOWSHIP</w:t>
            </w:r>
          </w:p>
        </w:tc>
        <w:tc>
          <w:tcPr>
            <w:tcW w:w="2448" w:type="dxa"/>
            <w:shd w:val="clear" w:color="auto" w:fill="1A6B6B"/>
          </w:tcPr>
          <w:p w14:paraId="3ACAAC84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BREAKING OF BREAD</w:t>
            </w:r>
          </w:p>
        </w:tc>
        <w:tc>
          <w:tcPr>
            <w:tcW w:w="2448" w:type="dxa"/>
            <w:shd w:val="clear" w:color="auto" w:fill="1A6B6B"/>
          </w:tcPr>
          <w:p w14:paraId="0C490BAA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PRAYERS</w:t>
            </w:r>
          </w:p>
        </w:tc>
      </w:tr>
      <w:tr w:rsidR="007142CA" w14:paraId="2C053BB1" w14:textId="77777777">
        <w:trPr>
          <w:jc w:val="center"/>
        </w:trPr>
        <w:tc>
          <w:tcPr>
            <w:tcW w:w="2448" w:type="dxa"/>
            <w:shd w:val="clear" w:color="auto" w:fill="E0F4F4"/>
          </w:tcPr>
          <w:p w14:paraId="6920B6B8" w14:textId="77777777" w:rsidR="007142CA" w:rsidRDefault="000E11C8">
            <w:pPr>
              <w:jc w:val="center"/>
            </w:pPr>
            <w:r>
              <w:rPr>
                <w:rFonts w:ascii="Calibri" w:hAnsi="Calibri"/>
                <w:color w:val="2C2C2C"/>
                <w:sz w:val="18"/>
              </w:rPr>
              <w:t>Apostles' teaching — Scripture at the center</w:t>
            </w:r>
          </w:p>
        </w:tc>
        <w:tc>
          <w:tcPr>
            <w:tcW w:w="2448" w:type="dxa"/>
            <w:shd w:val="clear" w:color="auto" w:fill="E0F4F4"/>
          </w:tcPr>
          <w:p w14:paraId="270E977F" w14:textId="77777777" w:rsidR="007142CA" w:rsidRDefault="000E11C8">
            <w:pPr>
              <w:jc w:val="center"/>
            </w:pPr>
            <w:r>
              <w:rPr>
                <w:rFonts w:ascii="Calibri" w:hAnsi="Calibri"/>
                <w:color w:val="2C2C2C"/>
                <w:sz w:val="18"/>
              </w:rPr>
              <w:t>koinonia — shared life, shared struggles</w:t>
            </w:r>
          </w:p>
        </w:tc>
        <w:tc>
          <w:tcPr>
            <w:tcW w:w="2448" w:type="dxa"/>
            <w:shd w:val="clear" w:color="auto" w:fill="E0F4F4"/>
          </w:tcPr>
          <w:p w14:paraId="75D6B721" w14:textId="77777777" w:rsidR="007142CA" w:rsidRDefault="000E11C8">
            <w:pPr>
              <w:jc w:val="center"/>
            </w:pPr>
            <w:r>
              <w:rPr>
                <w:rFonts w:ascii="Calibri" w:hAnsi="Calibri"/>
                <w:color w:val="2C2C2C"/>
                <w:sz w:val="18"/>
              </w:rPr>
              <w:t>Communion + shared meals — embodied community</w:t>
            </w:r>
          </w:p>
        </w:tc>
        <w:tc>
          <w:tcPr>
            <w:tcW w:w="2448" w:type="dxa"/>
            <w:shd w:val="clear" w:color="auto" w:fill="E0F4F4"/>
          </w:tcPr>
          <w:p w14:paraId="493C5E94" w14:textId="77777777" w:rsidR="007142CA" w:rsidRDefault="000E11C8">
            <w:pPr>
              <w:jc w:val="center"/>
            </w:pPr>
            <w:r>
              <w:rPr>
                <w:rFonts w:ascii="Calibri" w:hAnsi="Calibri"/>
                <w:color w:val="2C2C2C"/>
                <w:sz w:val="18"/>
              </w:rPr>
              <w:t>Corporate and personal — dependency on God</w:t>
            </w:r>
          </w:p>
        </w:tc>
      </w:tr>
    </w:tbl>
    <w:p w14:paraId="5FCFCCAA" w14:textId="77777777" w:rsidR="007142CA" w:rsidRDefault="007142CA"/>
    <w:p w14:paraId="41EB8E05" w14:textId="77777777" w:rsidR="007142CA" w:rsidRDefault="000E11C8">
      <w:pPr>
        <w:shd w:val="clear" w:color="auto" w:fill="1A6B6B"/>
        <w:jc w:val="center"/>
      </w:pPr>
      <w:r>
        <w:rPr>
          <w:rFonts w:ascii="Georgia" w:hAnsi="Georgia"/>
          <w:b/>
          <w:color w:val="FFFFFF"/>
        </w:rPr>
        <w:t xml:space="preserve">  🎉  GREAT WORK COMPLETING SESSION 1 — SEE YOU IN OCTOBER!  </w:t>
      </w:r>
    </w:p>
    <w:p w14:paraId="04B41DC0" w14:textId="77777777" w:rsidR="007142CA" w:rsidRDefault="007142CA"/>
    <w:p w14:paraId="0CE6109E" w14:textId="77777777" w:rsidR="007142CA" w:rsidRDefault="000E11C8">
      <w:pPr>
        <w:shd w:val="clear" w:color="auto" w:fill="1A6B6B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✏️  MY NOTES — WEEK 4  </w:t>
      </w:r>
    </w:p>
    <w:p w14:paraId="711823E9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4626896C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4F72BDBD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7FE5DCC3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305334A1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0316CDD9" w14:textId="77777777" w:rsidR="007142CA" w:rsidRDefault="000E11C8">
      <w:r>
        <w:br w:type="page"/>
      </w:r>
    </w:p>
    <w:p w14:paraId="1CE3AAA4" w14:textId="77777777" w:rsidR="007142CA" w:rsidRDefault="000E11C8">
      <w:pPr>
        <w:shd w:val="clear" w:color="auto" w:fill="1B5E20"/>
        <w:spacing w:before="80" w:after="40"/>
        <w:jc w:val="center"/>
      </w:pPr>
      <w:r>
        <w:rPr>
          <w:rFonts w:ascii="Georgia" w:hAnsi="Georgia"/>
          <w:b/>
          <w:color w:val="FFFFFF"/>
          <w:sz w:val="32"/>
        </w:rPr>
        <w:lastRenderedPageBreak/>
        <w:t xml:space="preserve">  SESSION </w:t>
      </w:r>
      <w:proofErr w:type="gramStart"/>
      <w:r>
        <w:rPr>
          <w:rFonts w:ascii="Georgia" w:hAnsi="Georgia"/>
          <w:b/>
          <w:color w:val="FFFFFF"/>
          <w:sz w:val="32"/>
        </w:rPr>
        <w:t>2  |</w:t>
      </w:r>
      <w:proofErr w:type="gramEnd"/>
      <w:r>
        <w:rPr>
          <w:rFonts w:ascii="Georgia" w:hAnsi="Georgia"/>
          <w:b/>
          <w:color w:val="FFFFFF"/>
          <w:sz w:val="32"/>
        </w:rPr>
        <w:t xml:space="preserve">  EQUIPPED TO MULTIPLY  </w:t>
      </w:r>
    </w:p>
    <w:p w14:paraId="651620E2" w14:textId="1AB012C9" w:rsidR="007142CA" w:rsidRDefault="000E11C8" w:rsidP="00470513">
      <w:pPr>
        <w:pStyle w:val="Heading2"/>
      </w:pPr>
      <w:r>
        <w:t xml:space="preserve">  </w:t>
      </w:r>
      <w:bookmarkStart w:id="5" w:name="_Toc224725425"/>
      <w:r>
        <w:t xml:space="preserve">Disciplines &amp; Mission of </w:t>
      </w:r>
      <w:r w:rsidR="00470513">
        <w:t>Discipleship | October</w:t>
      </w:r>
      <w:r>
        <w:t xml:space="preserve"> </w:t>
      </w:r>
      <w:r w:rsidR="00470513">
        <w:t>2026 | Weeks</w:t>
      </w:r>
      <w:r>
        <w:t xml:space="preserve"> 5–8</w:t>
      </w:r>
      <w:bookmarkEnd w:id="5"/>
      <w:r>
        <w:t xml:space="preserve">  </w:t>
      </w:r>
    </w:p>
    <w:p w14:paraId="1CF85DA3" w14:textId="77777777" w:rsidR="007142CA" w:rsidRDefault="007142CA"/>
    <w:p w14:paraId="7F2D0064" w14:textId="77777777" w:rsidR="007142CA" w:rsidRDefault="000E11C8">
      <w:pPr>
        <w:spacing w:after="60"/>
      </w:pPr>
      <w:r>
        <w:rPr>
          <w:rFonts w:ascii="Calibri" w:hAnsi="Calibri"/>
          <w:color w:val="2C2C2C"/>
        </w:rPr>
        <w:t>Session 2 builds on Session 1's foundations — moving from WHO a disciple is to HOW a disciple lives and multiplies. You will develop a life of Scripture, prayer, witness, and lifelong pursuit of Christlikeness.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2E060ACB" w14:textId="77777777">
        <w:trPr>
          <w:jc w:val="center"/>
        </w:trPr>
        <w:tc>
          <w:tcPr>
            <w:tcW w:w="9792" w:type="dxa"/>
            <w:shd w:val="clear" w:color="auto" w:fill="1B5E20"/>
          </w:tcPr>
          <w:p w14:paraId="7C74F5C9" w14:textId="77777777" w:rsidR="007142CA" w:rsidRDefault="000E11C8" w:rsidP="00470513">
            <w:pPr>
              <w:pStyle w:val="Heading3"/>
            </w:pPr>
            <w:r>
              <w:t xml:space="preserve">  </w:t>
            </w:r>
            <w:bookmarkStart w:id="6" w:name="_Toc224725426"/>
            <w:r w:rsidRPr="00470513">
              <w:rPr>
                <w:color w:val="FFFFFF" w:themeColor="background1"/>
                <w:sz w:val="28"/>
                <w:szCs w:val="28"/>
              </w:rPr>
              <w:t xml:space="preserve">WEEK </w:t>
            </w:r>
            <w:proofErr w:type="gramStart"/>
            <w:r w:rsidRPr="00470513">
              <w:rPr>
                <w:color w:val="FFFFFF" w:themeColor="background1"/>
                <w:sz w:val="28"/>
                <w:szCs w:val="28"/>
              </w:rPr>
              <w:t>5  |</w:t>
            </w:r>
            <w:proofErr w:type="gramEnd"/>
            <w:r w:rsidRPr="00470513">
              <w:rPr>
                <w:color w:val="FFFFFF" w:themeColor="background1"/>
                <w:sz w:val="28"/>
                <w:szCs w:val="28"/>
              </w:rPr>
              <w:t xml:space="preserve">  THE WORD IN THE DISCIPLE</w:t>
            </w:r>
            <w:bookmarkEnd w:id="6"/>
            <w:r w:rsidRPr="00470513">
              <w:rPr>
                <w:color w:val="FFFFFF" w:themeColor="background1"/>
                <w:sz w:val="28"/>
                <w:szCs w:val="28"/>
              </w:rPr>
              <w:t xml:space="preserve">  </w:t>
            </w:r>
          </w:p>
        </w:tc>
      </w:tr>
      <w:tr w:rsidR="007142CA" w14:paraId="734D81C4" w14:textId="77777777">
        <w:trPr>
          <w:jc w:val="center"/>
        </w:trPr>
        <w:tc>
          <w:tcPr>
            <w:tcW w:w="9792" w:type="dxa"/>
            <w:shd w:val="clear" w:color="auto" w:fill="FDF0D0"/>
          </w:tcPr>
          <w:p w14:paraId="38D8E171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0D2B55"/>
                <w:sz w:val="20"/>
              </w:rPr>
              <w:t>📖  2 Timothy 3:14–17; Psalm 119:9–11  (KJV)</w:t>
            </w:r>
          </w:p>
        </w:tc>
      </w:tr>
      <w:tr w:rsidR="007142CA" w14:paraId="418740FA" w14:textId="77777777">
        <w:trPr>
          <w:jc w:val="center"/>
        </w:trPr>
        <w:tc>
          <w:tcPr>
            <w:tcW w:w="9792" w:type="dxa"/>
            <w:shd w:val="clear" w:color="auto" w:fill="FDF6E3"/>
          </w:tcPr>
          <w:p w14:paraId="7F78349C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 xml:space="preserve">💡  BIG IDEA:  </w:t>
            </w:r>
            <w:r>
              <w:rPr>
                <w:rFonts w:ascii="Calibri" w:hAnsi="Calibri"/>
                <w:color w:val="2C2C2C"/>
              </w:rPr>
              <w:t>Scripture is the disciple's daily bread — without it, spiritual growth is impossible.</w:t>
            </w:r>
          </w:p>
        </w:tc>
      </w:tr>
    </w:tbl>
    <w:p w14:paraId="7CD49DD8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3CD34C65" w14:textId="77777777">
        <w:trPr>
          <w:jc w:val="center"/>
        </w:trPr>
        <w:tc>
          <w:tcPr>
            <w:tcW w:w="9792" w:type="dxa"/>
            <w:tcBorders>
              <w:top w:val="single" w:sz="12" w:space="0" w:color="0D2B55"/>
              <w:left w:val="single" w:sz="12" w:space="0" w:color="0D2B55"/>
              <w:bottom w:val="single" w:sz="12" w:space="0" w:color="0D2B55"/>
              <w:right w:val="single" w:sz="12" w:space="0" w:color="0D2B55"/>
            </w:tcBorders>
            <w:shd w:val="clear" w:color="auto" w:fill="E8F5E9"/>
          </w:tcPr>
          <w:p w14:paraId="03B85E4F" w14:textId="77777777" w:rsidR="007142CA" w:rsidRDefault="007142CA"/>
          <w:p w14:paraId="5306B379" w14:textId="77777777" w:rsidR="007142CA" w:rsidRDefault="000E11C8">
            <w:pPr>
              <w:jc w:val="center"/>
            </w:pPr>
            <w:r>
              <w:rPr>
                <w:rFonts w:ascii="Georgia" w:hAnsi="Georgia"/>
                <w:b/>
                <w:i/>
                <w:color w:val="0D2B55"/>
                <w:sz w:val="24"/>
              </w:rPr>
              <w:t>📖  "All scripture is given by inspiration of God, and is profitable for doctrine,</w:t>
            </w:r>
            <w:r>
              <w:rPr>
                <w:rFonts w:ascii="Georgia" w:hAnsi="Georgia"/>
                <w:b/>
                <w:i/>
                <w:color w:val="0D2B55"/>
                <w:sz w:val="24"/>
              </w:rPr>
              <w:br/>
              <w:t>for reproof, for correction, for instruction in righteousness."</w:t>
            </w:r>
          </w:p>
          <w:p w14:paraId="431FFA54" w14:textId="77777777" w:rsidR="007142CA" w:rsidRDefault="000E11C8">
            <w:pPr>
              <w:jc w:val="center"/>
            </w:pPr>
            <w:r>
              <w:rPr>
                <w:rFonts w:ascii="Georgia" w:hAnsi="Georgia"/>
                <w:b/>
                <w:color w:val="8B6F10"/>
                <w:sz w:val="20"/>
              </w:rPr>
              <w:t>— 2 Timothy 3:16 (KJV) ✦ MEMORY VERSE</w:t>
            </w:r>
          </w:p>
        </w:tc>
      </w:tr>
    </w:tbl>
    <w:p w14:paraId="11269D67" w14:textId="77777777" w:rsidR="007142CA" w:rsidRDefault="007142CA"/>
    <w:p w14:paraId="117142AD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📖  KEY TRUTHS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6C0C3CB6" w14:textId="77777777">
        <w:trPr>
          <w:jc w:val="center"/>
        </w:trPr>
        <w:tc>
          <w:tcPr>
            <w:tcW w:w="4896" w:type="dxa"/>
            <w:shd w:val="clear" w:color="auto" w:fill="1B5E20"/>
          </w:tcPr>
          <w:p w14:paraId="41179A8C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2 Tim 3:14–15</w:t>
            </w:r>
          </w:p>
        </w:tc>
        <w:tc>
          <w:tcPr>
            <w:tcW w:w="4896" w:type="dxa"/>
            <w:shd w:val="clear" w:color="auto" w:fill="FDF6E3"/>
          </w:tcPr>
          <w:p w14:paraId="4190D370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Continue in what you have learned. The Scriptures make us "wise unto salvation."</w:t>
            </w:r>
          </w:p>
        </w:tc>
      </w:tr>
    </w:tbl>
    <w:p w14:paraId="2C8207D5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652834B4" w14:textId="77777777">
        <w:trPr>
          <w:jc w:val="center"/>
        </w:trPr>
        <w:tc>
          <w:tcPr>
            <w:tcW w:w="4896" w:type="dxa"/>
            <w:shd w:val="clear" w:color="auto" w:fill="1B5E20"/>
          </w:tcPr>
          <w:p w14:paraId="137337A5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2 Tim 3:16a</w:t>
            </w:r>
          </w:p>
        </w:tc>
        <w:tc>
          <w:tcPr>
            <w:tcW w:w="4896" w:type="dxa"/>
            <w:shd w:val="clear" w:color="auto" w:fill="FDF6E3"/>
          </w:tcPr>
          <w:p w14:paraId="462A706F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Theopneustos — God-breathed. Every word of Scripture carries the very breath of God.</w:t>
            </w:r>
          </w:p>
        </w:tc>
      </w:tr>
    </w:tbl>
    <w:p w14:paraId="527ACA30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5DC52B0D" w14:textId="77777777">
        <w:trPr>
          <w:jc w:val="center"/>
        </w:trPr>
        <w:tc>
          <w:tcPr>
            <w:tcW w:w="4896" w:type="dxa"/>
            <w:shd w:val="clear" w:color="auto" w:fill="1B5E20"/>
          </w:tcPr>
          <w:p w14:paraId="4BAB6363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2 Tim 3:16b</w:t>
            </w:r>
          </w:p>
        </w:tc>
        <w:tc>
          <w:tcPr>
            <w:tcW w:w="4896" w:type="dxa"/>
            <w:shd w:val="clear" w:color="auto" w:fill="FDF6E3"/>
          </w:tcPr>
          <w:p w14:paraId="09109F8A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Four purposes: DOCTRINE (what to believe) · REPROOF (what is wrong) · CORRECTION (how to fix it) · INSTRUCTION (how to stay right).</w:t>
            </w:r>
          </w:p>
        </w:tc>
      </w:tr>
    </w:tbl>
    <w:p w14:paraId="70117B38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3B8D2FA9" w14:textId="77777777">
        <w:trPr>
          <w:jc w:val="center"/>
        </w:trPr>
        <w:tc>
          <w:tcPr>
            <w:tcW w:w="4896" w:type="dxa"/>
            <w:shd w:val="clear" w:color="auto" w:fill="1B5E20"/>
          </w:tcPr>
          <w:p w14:paraId="69B109F4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2 Tim 3:17</w:t>
            </w:r>
          </w:p>
        </w:tc>
        <w:tc>
          <w:tcPr>
            <w:tcW w:w="4896" w:type="dxa"/>
            <w:shd w:val="clear" w:color="auto" w:fill="FDF6E3"/>
          </w:tcPr>
          <w:p w14:paraId="47D7C429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Goal: "That the man of God may be perfect, throughly furnished." Scripture forms us for action.</w:t>
            </w:r>
          </w:p>
        </w:tc>
      </w:tr>
    </w:tbl>
    <w:p w14:paraId="326A4D46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53C1E00D" w14:textId="77777777">
        <w:trPr>
          <w:jc w:val="center"/>
        </w:trPr>
        <w:tc>
          <w:tcPr>
            <w:tcW w:w="4896" w:type="dxa"/>
            <w:shd w:val="clear" w:color="auto" w:fill="1B5E20"/>
          </w:tcPr>
          <w:p w14:paraId="332338F8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Ps 119:9–11</w:t>
            </w:r>
          </w:p>
        </w:tc>
        <w:tc>
          <w:tcPr>
            <w:tcW w:w="4896" w:type="dxa"/>
            <w:shd w:val="clear" w:color="auto" w:fill="FDF6E3"/>
          </w:tcPr>
          <w:p w14:paraId="694D40F5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"Thy word have I hid in mine heart, that I might not sin." Memorization is protection and power.</w:t>
            </w:r>
          </w:p>
        </w:tc>
      </w:tr>
    </w:tbl>
    <w:p w14:paraId="4FBD45E3" w14:textId="77777777" w:rsidR="007142CA" w:rsidRDefault="007142CA"/>
    <w:p w14:paraId="2B2EF646" w14:textId="77777777" w:rsidR="007142CA" w:rsidRDefault="000E11C8">
      <w:pPr>
        <w:spacing w:before="40" w:after="40"/>
      </w:pPr>
      <w:r>
        <w:rPr>
          <w:color w:val="1B5E20"/>
          <w:sz w:val="1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43AAA8FB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💬  DISCUSSION QUESTIONS  </w:t>
      </w:r>
    </w:p>
    <w:p w14:paraId="05217EF4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Q1  </w:t>
      </w:r>
      <w:r>
        <w:rPr>
          <w:rFonts w:ascii="Calibri" w:hAnsi="Calibri"/>
          <w:color w:val="2C2C2C"/>
        </w:rPr>
        <w:t>Is the Bible your primary source of guidance, or do other sources (feelings, culture, social media) compete with it?</w:t>
      </w:r>
    </w:p>
    <w:p w14:paraId="710FFAFA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Q2  </w:t>
      </w:r>
      <w:r>
        <w:rPr>
          <w:rFonts w:ascii="Calibri" w:hAnsi="Calibri"/>
          <w:color w:val="2C2C2C"/>
        </w:rPr>
        <w:t>Give a specific example of when the Word has served as doctrine, reproof, correction, or instruction in your life.</w:t>
      </w:r>
    </w:p>
    <w:p w14:paraId="0D1C4CB3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Q3  </w:t>
      </w:r>
      <w:r>
        <w:rPr>
          <w:rFonts w:ascii="Calibri" w:hAnsi="Calibri"/>
          <w:color w:val="2C2C2C"/>
        </w:rPr>
        <w:t>Psalm 119:11 says hiding the Word in your heart prevents sin. Do you memorize Scripture? Why or why not?</w:t>
      </w:r>
    </w:p>
    <w:p w14:paraId="11B71685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Q4  </w:t>
      </w:r>
      <w:r>
        <w:rPr>
          <w:rFonts w:ascii="Calibri" w:hAnsi="Calibri"/>
          <w:color w:val="2C2C2C"/>
        </w:rPr>
        <w:t>2 Timothy 3:14 says "continue." What is the danger of spiritual knowledge without spiritual continuance?</w:t>
      </w:r>
    </w:p>
    <w:p w14:paraId="37E7953A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Q5  </w:t>
      </w:r>
      <w:r>
        <w:rPr>
          <w:rFonts w:ascii="Calibri" w:hAnsi="Calibri"/>
          <w:color w:val="2C2C2C"/>
        </w:rPr>
        <w:t>What is your current personal Bible reading practice? What one change would make it more consistent?</w:t>
      </w:r>
    </w:p>
    <w:p w14:paraId="4A54B2A7" w14:textId="77777777" w:rsidR="007142CA" w:rsidRDefault="000E11C8">
      <w:pPr>
        <w:spacing w:before="40" w:after="40"/>
      </w:pPr>
      <w:r>
        <w:rPr>
          <w:color w:val="1B5E20"/>
          <w:sz w:val="1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2E568FAE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🌱  REFLECTION &amp; COMMITMENT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514FBD4A" w14:textId="77777777">
        <w:trPr>
          <w:jc w:val="center"/>
        </w:trPr>
        <w:tc>
          <w:tcPr>
            <w:tcW w:w="9792" w:type="dxa"/>
            <w:tcBorders>
              <w:left w:val="single" w:sz="20" w:space="0" w:color="1B5E20"/>
            </w:tcBorders>
            <w:shd w:val="clear" w:color="auto" w:fill="E8F5E9"/>
          </w:tcPr>
          <w:p w14:paraId="49D2C5FA" w14:textId="77777777" w:rsidR="007142CA" w:rsidRDefault="007142CA"/>
          <w:p w14:paraId="3601D167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>🪞  Reflection:</w:t>
            </w:r>
          </w:p>
          <w:p w14:paraId="7ECB1E20" w14:textId="77777777" w:rsidR="007142CA" w:rsidRDefault="000E11C8">
            <w:r>
              <w:rPr>
                <w:rFonts w:ascii="Calibri" w:hAnsi="Calibri"/>
                <w:color w:val="2C2C2C"/>
              </w:rPr>
              <w:t>"Honestly, how much of God's Word am I taking in regularly? What would it look like to treat Scripture as my daily bread?"</w:t>
            </w:r>
          </w:p>
        </w:tc>
      </w:tr>
    </w:tbl>
    <w:p w14:paraId="7B1DAFE6" w14:textId="77777777" w:rsidR="007142CA" w:rsidRDefault="007142CA"/>
    <w:p w14:paraId="3CF1F999" w14:textId="77777777" w:rsidR="007142CA" w:rsidRDefault="000E11C8">
      <w:pPr>
        <w:spacing w:after="60"/>
        <w:ind w:left="432"/>
      </w:pPr>
      <w:r>
        <w:rPr>
          <w:rFonts w:ascii="Calibri" w:hAnsi="Calibri"/>
          <w:color w:val="2C2C2C"/>
        </w:rPr>
        <w:t>My Commitment this week:</w:t>
      </w:r>
    </w:p>
    <w:p w14:paraId="2A0143EA" w14:textId="77777777" w:rsidR="007142CA" w:rsidRDefault="000E11C8">
      <w:pPr>
        <w:spacing w:after="60"/>
        <w:ind w:left="432"/>
      </w:pPr>
      <w:r>
        <w:rPr>
          <w:rFonts w:ascii="Calibri" w:hAnsi="Calibri"/>
          <w:color w:val="1B5E20"/>
        </w:rPr>
        <w:t>"My Bible reading plan this week: __________ (book/passage) at __________ (time) each day."</w:t>
      </w:r>
    </w:p>
    <w:p w14:paraId="0D973FFA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7E7E16BC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463B1DFC" w14:textId="77777777" w:rsidR="007142CA" w:rsidRDefault="000E11C8">
      <w:pPr>
        <w:spacing w:before="40" w:after="40"/>
      </w:pPr>
      <w:r>
        <w:rPr>
          <w:color w:val="1B5E20"/>
          <w:sz w:val="1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64FA37C4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🏠  AT-HOME PRACTICE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7DA587FF" w14:textId="77777777">
        <w:trPr>
          <w:jc w:val="center"/>
        </w:trPr>
        <w:tc>
          <w:tcPr>
            <w:tcW w:w="9792" w:type="dxa"/>
            <w:tcBorders>
              <w:left w:val="single" w:sz="20" w:space="0" w:color="1B5E20"/>
            </w:tcBorders>
            <w:shd w:val="clear" w:color="auto" w:fill="E8F5E9"/>
          </w:tcPr>
          <w:p w14:paraId="6E3A57A1" w14:textId="77777777" w:rsidR="007142CA" w:rsidRDefault="007142CA"/>
          <w:p w14:paraId="4F40BE3D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>✍️  Journal Prompt:</w:t>
            </w:r>
          </w:p>
          <w:p w14:paraId="01CF02A8" w14:textId="77777777" w:rsidR="007142CA" w:rsidRDefault="000E11C8">
            <w:r>
              <w:rPr>
                <w:rFonts w:ascii="Calibri" w:hAnsi="Calibri"/>
                <w:color w:val="2C2C2C"/>
              </w:rPr>
              <w:lastRenderedPageBreak/>
              <w:t>"Describe a time when a specific verse changed your thinking, decision, or behavior. What did the Word DO in you?"</w:t>
            </w:r>
          </w:p>
        </w:tc>
      </w:tr>
    </w:tbl>
    <w:p w14:paraId="525F3ED8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6D5917CA" w14:textId="77777777">
        <w:trPr>
          <w:jc w:val="center"/>
        </w:trPr>
        <w:tc>
          <w:tcPr>
            <w:tcW w:w="9792" w:type="dxa"/>
            <w:tcBorders>
              <w:left w:val="single" w:sz="20" w:space="0" w:color="1B5E20"/>
            </w:tcBorders>
            <w:shd w:val="clear" w:color="auto" w:fill="E8F5E9"/>
          </w:tcPr>
          <w:p w14:paraId="2AFAC2F4" w14:textId="77777777" w:rsidR="007142CA" w:rsidRDefault="007142CA"/>
          <w:p w14:paraId="7115E65A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>🎯  Action Step:</w:t>
            </w:r>
          </w:p>
          <w:p w14:paraId="7032F11F" w14:textId="77777777" w:rsidR="007142CA" w:rsidRDefault="000E11C8">
            <w:r>
              <w:rPr>
                <w:rFonts w:ascii="Calibri" w:hAnsi="Calibri"/>
                <w:color w:val="2C2C2C"/>
              </w:rPr>
              <w:t>Choose a Bible reading plan. Commit to it in writing. Share it with your accountability partner.</w:t>
            </w:r>
          </w:p>
        </w:tc>
      </w:tr>
    </w:tbl>
    <w:p w14:paraId="0DF27F05" w14:textId="77777777" w:rsidR="007142CA" w:rsidRDefault="007142CA"/>
    <w:p w14:paraId="2AFFA62E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✏️  MY NOTES  </w:t>
      </w:r>
    </w:p>
    <w:p w14:paraId="2C96F181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35BB9D95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79992E0C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04888929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050294AF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4F0EA62F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000A4427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⭐  THE FOUR PURPOSES OF SCRIPTURE — 2 Tim 3:16b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</w:tblGrid>
      <w:tr w:rsidR="007142CA" w14:paraId="5B2C5438" w14:textId="77777777">
        <w:trPr>
          <w:jc w:val="center"/>
        </w:trPr>
        <w:tc>
          <w:tcPr>
            <w:tcW w:w="2448" w:type="dxa"/>
            <w:shd w:val="clear" w:color="auto" w:fill="1B5E20"/>
          </w:tcPr>
          <w:p w14:paraId="24E52EF0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DOCTRINE</w:t>
            </w:r>
          </w:p>
        </w:tc>
        <w:tc>
          <w:tcPr>
            <w:tcW w:w="2448" w:type="dxa"/>
            <w:shd w:val="clear" w:color="auto" w:fill="1B5E20"/>
          </w:tcPr>
          <w:p w14:paraId="07466B75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REPROOF</w:t>
            </w:r>
          </w:p>
        </w:tc>
        <w:tc>
          <w:tcPr>
            <w:tcW w:w="2448" w:type="dxa"/>
            <w:shd w:val="clear" w:color="auto" w:fill="1B5E20"/>
          </w:tcPr>
          <w:p w14:paraId="33952672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CORRECTION</w:t>
            </w:r>
          </w:p>
        </w:tc>
        <w:tc>
          <w:tcPr>
            <w:tcW w:w="2448" w:type="dxa"/>
            <w:shd w:val="clear" w:color="auto" w:fill="1B5E20"/>
          </w:tcPr>
          <w:p w14:paraId="7BF0AD11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INSTRUCTION</w:t>
            </w:r>
          </w:p>
        </w:tc>
      </w:tr>
      <w:tr w:rsidR="007142CA" w14:paraId="329EE0F8" w14:textId="77777777">
        <w:trPr>
          <w:jc w:val="center"/>
        </w:trPr>
        <w:tc>
          <w:tcPr>
            <w:tcW w:w="2448" w:type="dxa"/>
            <w:shd w:val="clear" w:color="auto" w:fill="E8F5E9"/>
          </w:tcPr>
          <w:p w14:paraId="4EA7C9AD" w14:textId="77777777" w:rsidR="007142CA" w:rsidRDefault="000E11C8">
            <w:pPr>
              <w:jc w:val="center"/>
            </w:pPr>
            <w:r>
              <w:rPr>
                <w:rFonts w:ascii="Calibri" w:hAnsi="Calibri"/>
                <w:color w:val="2C2C2C"/>
                <w:sz w:val="20"/>
              </w:rPr>
              <w:t>What to believe</w:t>
            </w:r>
          </w:p>
        </w:tc>
        <w:tc>
          <w:tcPr>
            <w:tcW w:w="2448" w:type="dxa"/>
            <w:shd w:val="clear" w:color="auto" w:fill="E8F5E9"/>
          </w:tcPr>
          <w:p w14:paraId="15F0C9D1" w14:textId="77777777" w:rsidR="007142CA" w:rsidRDefault="000E11C8">
            <w:pPr>
              <w:jc w:val="center"/>
            </w:pPr>
            <w:r>
              <w:rPr>
                <w:rFonts w:ascii="Calibri" w:hAnsi="Calibri"/>
                <w:color w:val="2C2C2C"/>
                <w:sz w:val="20"/>
              </w:rPr>
              <w:t>What is wrong</w:t>
            </w:r>
          </w:p>
        </w:tc>
        <w:tc>
          <w:tcPr>
            <w:tcW w:w="2448" w:type="dxa"/>
            <w:shd w:val="clear" w:color="auto" w:fill="E8F5E9"/>
          </w:tcPr>
          <w:p w14:paraId="517B13D7" w14:textId="77777777" w:rsidR="007142CA" w:rsidRDefault="000E11C8">
            <w:pPr>
              <w:jc w:val="center"/>
            </w:pPr>
            <w:r>
              <w:rPr>
                <w:rFonts w:ascii="Calibri" w:hAnsi="Calibri"/>
                <w:color w:val="2C2C2C"/>
                <w:sz w:val="20"/>
              </w:rPr>
              <w:t>How to fix it</w:t>
            </w:r>
          </w:p>
        </w:tc>
        <w:tc>
          <w:tcPr>
            <w:tcW w:w="2448" w:type="dxa"/>
            <w:shd w:val="clear" w:color="auto" w:fill="E8F5E9"/>
          </w:tcPr>
          <w:p w14:paraId="79B512CB" w14:textId="77777777" w:rsidR="007142CA" w:rsidRDefault="000E11C8">
            <w:pPr>
              <w:jc w:val="center"/>
            </w:pPr>
            <w:r>
              <w:rPr>
                <w:rFonts w:ascii="Calibri" w:hAnsi="Calibri"/>
                <w:color w:val="2C2C2C"/>
                <w:sz w:val="20"/>
              </w:rPr>
              <w:t>How to stay right</w:t>
            </w:r>
          </w:p>
        </w:tc>
      </w:tr>
    </w:tbl>
    <w:p w14:paraId="1429613D" w14:textId="77777777" w:rsidR="007142CA" w:rsidRDefault="007142CA"/>
    <w:p w14:paraId="12841E28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✏️  MY NOTES — WEEK 5  </w:t>
      </w:r>
    </w:p>
    <w:p w14:paraId="71859276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2C509FF8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2C15C489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5A2194A2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554FF506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7777CFC7" w14:textId="77777777" w:rsidR="007142CA" w:rsidRDefault="000E11C8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04464757" w14:textId="77777777">
        <w:trPr>
          <w:jc w:val="center"/>
        </w:trPr>
        <w:tc>
          <w:tcPr>
            <w:tcW w:w="9792" w:type="dxa"/>
            <w:shd w:val="clear" w:color="auto" w:fill="1B5E20"/>
          </w:tcPr>
          <w:p w14:paraId="4A6AF503" w14:textId="7771B89A" w:rsidR="007142CA" w:rsidRDefault="000E11C8" w:rsidP="00470513">
            <w:pPr>
              <w:pStyle w:val="Heading3"/>
            </w:pPr>
            <w:r>
              <w:lastRenderedPageBreak/>
              <w:t xml:space="preserve">  </w:t>
            </w:r>
            <w:bookmarkStart w:id="7" w:name="_Toc224725427"/>
            <w:r w:rsidRPr="00470513">
              <w:rPr>
                <w:color w:val="FFFFFF" w:themeColor="background1"/>
                <w:sz w:val="28"/>
                <w:szCs w:val="28"/>
              </w:rPr>
              <w:t xml:space="preserve">WEEK </w:t>
            </w:r>
            <w:r w:rsidR="00A1643C" w:rsidRPr="00470513">
              <w:rPr>
                <w:color w:val="FFFFFF" w:themeColor="background1"/>
                <w:sz w:val="28"/>
                <w:szCs w:val="28"/>
              </w:rPr>
              <w:t xml:space="preserve">6 </w:t>
            </w:r>
            <w:proofErr w:type="gramStart"/>
            <w:r w:rsidR="00A1643C" w:rsidRPr="00470513">
              <w:rPr>
                <w:color w:val="FFFFFF" w:themeColor="background1"/>
                <w:sz w:val="28"/>
                <w:szCs w:val="28"/>
              </w:rPr>
              <w:t>|</w:t>
            </w:r>
            <w:r w:rsidRPr="00470513">
              <w:rPr>
                <w:color w:val="FFFFFF" w:themeColor="background1"/>
                <w:sz w:val="28"/>
                <w:szCs w:val="28"/>
              </w:rPr>
              <w:t xml:space="preserve">  THE</w:t>
            </w:r>
            <w:proofErr w:type="gramEnd"/>
            <w:r w:rsidRPr="00470513">
              <w:rPr>
                <w:color w:val="FFFFFF" w:themeColor="background1"/>
                <w:sz w:val="28"/>
                <w:szCs w:val="28"/>
              </w:rPr>
              <w:t xml:space="preserve"> PRAYER LIFE OF A DISCIPLE</w:t>
            </w:r>
            <w:bookmarkEnd w:id="7"/>
            <w:r w:rsidRPr="00470513">
              <w:rPr>
                <w:color w:val="FFFFFF" w:themeColor="background1"/>
                <w:sz w:val="28"/>
                <w:szCs w:val="28"/>
              </w:rPr>
              <w:t xml:space="preserve">  </w:t>
            </w:r>
          </w:p>
        </w:tc>
      </w:tr>
      <w:tr w:rsidR="007142CA" w14:paraId="7AEE0C5C" w14:textId="77777777">
        <w:trPr>
          <w:jc w:val="center"/>
        </w:trPr>
        <w:tc>
          <w:tcPr>
            <w:tcW w:w="9792" w:type="dxa"/>
            <w:shd w:val="clear" w:color="auto" w:fill="FDF0D0"/>
          </w:tcPr>
          <w:p w14:paraId="172B8084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0D2B55"/>
                <w:sz w:val="20"/>
              </w:rPr>
              <w:t>📖  Matthew 6:5–13; 1 Thessalonians 5:16–18  (KJV)</w:t>
            </w:r>
          </w:p>
        </w:tc>
      </w:tr>
      <w:tr w:rsidR="007142CA" w14:paraId="248AA788" w14:textId="77777777">
        <w:trPr>
          <w:jc w:val="center"/>
        </w:trPr>
        <w:tc>
          <w:tcPr>
            <w:tcW w:w="9792" w:type="dxa"/>
            <w:shd w:val="clear" w:color="auto" w:fill="FDF6E3"/>
          </w:tcPr>
          <w:p w14:paraId="195D1F68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 xml:space="preserve">💡  BIG IDEA:  </w:t>
            </w:r>
            <w:r>
              <w:rPr>
                <w:rFonts w:ascii="Calibri" w:hAnsi="Calibri"/>
                <w:color w:val="2C2C2C"/>
              </w:rPr>
              <w:t>Prayer is the disciple's breath — the ongoing conversation that keeps us alive in God.</w:t>
            </w:r>
          </w:p>
        </w:tc>
      </w:tr>
    </w:tbl>
    <w:p w14:paraId="7649E292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6729D1F0" w14:textId="77777777">
        <w:trPr>
          <w:jc w:val="center"/>
        </w:trPr>
        <w:tc>
          <w:tcPr>
            <w:tcW w:w="9792" w:type="dxa"/>
            <w:tcBorders>
              <w:top w:val="single" w:sz="12" w:space="0" w:color="0D2B55"/>
              <w:left w:val="single" w:sz="12" w:space="0" w:color="0D2B55"/>
              <w:bottom w:val="single" w:sz="12" w:space="0" w:color="0D2B55"/>
              <w:right w:val="single" w:sz="12" w:space="0" w:color="0D2B55"/>
            </w:tcBorders>
            <w:shd w:val="clear" w:color="auto" w:fill="E8F5E9"/>
          </w:tcPr>
          <w:p w14:paraId="0B85F6E6" w14:textId="77777777" w:rsidR="007142CA" w:rsidRDefault="007142CA"/>
          <w:p w14:paraId="2D5D92C6" w14:textId="77777777" w:rsidR="007142CA" w:rsidRDefault="000E11C8">
            <w:pPr>
              <w:jc w:val="center"/>
            </w:pPr>
            <w:r>
              <w:rPr>
                <w:rFonts w:ascii="Georgia" w:hAnsi="Georgia"/>
                <w:b/>
                <w:i/>
                <w:color w:val="0D2B55"/>
                <w:sz w:val="24"/>
              </w:rPr>
              <w:t>📖  "Pray without ceasing."</w:t>
            </w:r>
          </w:p>
          <w:p w14:paraId="79D478C3" w14:textId="77777777" w:rsidR="007142CA" w:rsidRDefault="000E11C8">
            <w:pPr>
              <w:jc w:val="center"/>
            </w:pPr>
            <w:r>
              <w:rPr>
                <w:rFonts w:ascii="Georgia" w:hAnsi="Georgia"/>
                <w:b/>
                <w:color w:val="8B6F10"/>
                <w:sz w:val="20"/>
              </w:rPr>
              <w:t>— 1 Thessalonians 5:17 (KJV) ✦ MEMORY VERSE</w:t>
            </w:r>
          </w:p>
        </w:tc>
      </w:tr>
    </w:tbl>
    <w:p w14:paraId="4A67E331" w14:textId="77777777" w:rsidR="007142CA" w:rsidRDefault="007142CA"/>
    <w:p w14:paraId="0E83A413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📖  KEY TRUTHS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607C8A6F" w14:textId="77777777">
        <w:trPr>
          <w:jc w:val="center"/>
        </w:trPr>
        <w:tc>
          <w:tcPr>
            <w:tcW w:w="4896" w:type="dxa"/>
            <w:shd w:val="clear" w:color="auto" w:fill="1B5E20"/>
          </w:tcPr>
          <w:p w14:paraId="6B3A1523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Matt 6:5–6</w:t>
            </w:r>
          </w:p>
        </w:tc>
        <w:tc>
          <w:tcPr>
            <w:tcW w:w="4896" w:type="dxa"/>
            <w:shd w:val="clear" w:color="auto" w:fill="FDF6E3"/>
          </w:tcPr>
          <w:p w14:paraId="2E49CE4F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Pray in secret to your Father — not for performance, but for relationship. God who sees in secret rewards openly.</w:t>
            </w:r>
          </w:p>
        </w:tc>
      </w:tr>
    </w:tbl>
    <w:p w14:paraId="24D7A715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5F0B6A8D" w14:textId="77777777">
        <w:trPr>
          <w:jc w:val="center"/>
        </w:trPr>
        <w:tc>
          <w:tcPr>
            <w:tcW w:w="4896" w:type="dxa"/>
            <w:shd w:val="clear" w:color="auto" w:fill="1B5E20"/>
          </w:tcPr>
          <w:p w14:paraId="0031938B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Matt 6:7–8</w:t>
            </w:r>
          </w:p>
        </w:tc>
        <w:tc>
          <w:tcPr>
            <w:tcW w:w="4896" w:type="dxa"/>
            <w:shd w:val="clear" w:color="auto" w:fill="FDF6E3"/>
          </w:tcPr>
          <w:p w14:paraId="08F5F6D8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Avoid "vain repetitions." God knows your needs before you ask — prayer is relationship, not information delivery.</w:t>
            </w:r>
          </w:p>
        </w:tc>
      </w:tr>
    </w:tbl>
    <w:p w14:paraId="54038046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1C30B3E6" w14:textId="77777777">
        <w:trPr>
          <w:jc w:val="center"/>
        </w:trPr>
        <w:tc>
          <w:tcPr>
            <w:tcW w:w="4896" w:type="dxa"/>
            <w:shd w:val="clear" w:color="auto" w:fill="1B5E20"/>
          </w:tcPr>
          <w:p w14:paraId="255CDEEA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Matt 6:9–13</w:t>
            </w:r>
          </w:p>
        </w:tc>
        <w:tc>
          <w:tcPr>
            <w:tcW w:w="4896" w:type="dxa"/>
            <w:shd w:val="clear" w:color="auto" w:fill="FDF6E3"/>
          </w:tcPr>
          <w:p w14:paraId="76E0768B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The Lord's Prayer: a MODEL for prayer — not a script, but a structure covering adoration, alignment, provision, pardon, protection.</w:t>
            </w:r>
          </w:p>
        </w:tc>
      </w:tr>
    </w:tbl>
    <w:p w14:paraId="13724CB5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2135FDF2" w14:textId="77777777">
        <w:trPr>
          <w:jc w:val="center"/>
        </w:trPr>
        <w:tc>
          <w:tcPr>
            <w:tcW w:w="4896" w:type="dxa"/>
            <w:shd w:val="clear" w:color="auto" w:fill="1B5E20"/>
          </w:tcPr>
          <w:p w14:paraId="22F5808A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1 Thess 5:17</w:t>
            </w:r>
          </w:p>
        </w:tc>
        <w:tc>
          <w:tcPr>
            <w:tcW w:w="4896" w:type="dxa"/>
            <w:shd w:val="clear" w:color="auto" w:fill="FDF6E3"/>
          </w:tcPr>
          <w:p w14:paraId="3F50FE3B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"Pray without ceasing" — a posture, not a program. Living in constant, conscious awareness of and dependency on God.</w:t>
            </w:r>
          </w:p>
        </w:tc>
      </w:tr>
    </w:tbl>
    <w:p w14:paraId="2F5BDE98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5D8B38C3" w14:textId="77777777">
        <w:trPr>
          <w:jc w:val="center"/>
        </w:trPr>
        <w:tc>
          <w:tcPr>
            <w:tcW w:w="4896" w:type="dxa"/>
            <w:shd w:val="clear" w:color="auto" w:fill="1B5E20"/>
          </w:tcPr>
          <w:p w14:paraId="7277311A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Phil 4:6–7</w:t>
            </w:r>
          </w:p>
        </w:tc>
        <w:tc>
          <w:tcPr>
            <w:tcW w:w="4896" w:type="dxa"/>
            <w:shd w:val="clear" w:color="auto" w:fill="FDF6E3"/>
          </w:tcPr>
          <w:p w14:paraId="61A3A203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Be anxious for nothing — instead, pray with thanksgiving. The peace of God will guard your heart and mind.</w:t>
            </w:r>
          </w:p>
        </w:tc>
      </w:tr>
    </w:tbl>
    <w:p w14:paraId="410D6B5A" w14:textId="77777777" w:rsidR="007142CA" w:rsidRDefault="007142CA"/>
    <w:p w14:paraId="3ADC45B8" w14:textId="77777777" w:rsidR="007142CA" w:rsidRDefault="000E11C8">
      <w:pPr>
        <w:spacing w:before="40" w:after="40"/>
        <w:rPr>
          <w:color w:val="1B5E20"/>
          <w:sz w:val="14"/>
        </w:rPr>
      </w:pPr>
      <w:r>
        <w:rPr>
          <w:color w:val="1B5E20"/>
          <w:sz w:val="1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2D632016" w14:textId="77777777" w:rsidR="006658F7" w:rsidRDefault="006658F7">
      <w:pPr>
        <w:spacing w:before="40" w:after="40"/>
        <w:rPr>
          <w:color w:val="1B5E20"/>
          <w:sz w:val="14"/>
        </w:rPr>
      </w:pPr>
    </w:p>
    <w:p w14:paraId="06ABD1AD" w14:textId="77777777" w:rsidR="006658F7" w:rsidRDefault="006658F7">
      <w:pPr>
        <w:spacing w:before="40" w:after="40"/>
      </w:pPr>
    </w:p>
    <w:p w14:paraId="2F6B7E82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💬  DISCUSSION QUESTIONS  </w:t>
      </w:r>
    </w:p>
    <w:p w14:paraId="49E112D3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Q1  </w:t>
      </w:r>
      <w:r>
        <w:rPr>
          <w:rFonts w:ascii="Calibri" w:hAnsi="Calibri"/>
          <w:color w:val="2C2C2C"/>
        </w:rPr>
        <w:t>Jesus says "pray to thy Father which is in secret" (Matt 6:6). What is the difference between public prayer and private prayer?</w:t>
      </w:r>
    </w:p>
    <w:p w14:paraId="5A9BFB12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Q2  </w:t>
      </w:r>
      <w:r>
        <w:rPr>
          <w:rFonts w:ascii="Calibri" w:hAnsi="Calibri"/>
          <w:color w:val="2C2C2C"/>
        </w:rPr>
        <w:t>Of the Lord's Prayer's seven elements, which do you spend the most time on? Which do you tend to skip?</w:t>
      </w:r>
    </w:p>
    <w:p w14:paraId="2CFBDA40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"Q3  </w:t>
      </w:r>
      <w:r>
        <w:rPr>
          <w:rFonts w:ascii="Calibri" w:hAnsi="Calibri"/>
          <w:color w:val="2C2C2C"/>
        </w:rPr>
        <w:t>"Pray without ceasing" (v. 17). What does a ceaseless prayer lifestyle look like practically in your daily schedule?</w:t>
      </w:r>
    </w:p>
    <w:p w14:paraId="54F094A0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Q4  </w:t>
      </w:r>
      <w:r>
        <w:rPr>
          <w:rFonts w:ascii="Calibri" w:hAnsi="Calibri"/>
          <w:color w:val="2C2C2C"/>
        </w:rPr>
        <w:t>James 5:16 says "fervent prayer availeth much." Does your prayer life reflect fervency? What would fervency look like for you?</w:t>
      </w:r>
    </w:p>
    <w:p w14:paraId="2C82B3FD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Q5  </w:t>
      </w:r>
      <w:r>
        <w:rPr>
          <w:rFonts w:ascii="Calibri" w:hAnsi="Calibri"/>
          <w:color w:val="2C2C2C"/>
        </w:rPr>
        <w:t>Have you experienced a specific, undeniable answer to prayer? What did that do to your prayer life?</w:t>
      </w:r>
    </w:p>
    <w:p w14:paraId="2D3FC009" w14:textId="77777777" w:rsidR="007142CA" w:rsidRDefault="000E11C8">
      <w:pPr>
        <w:spacing w:before="40" w:after="40"/>
      </w:pPr>
      <w:r>
        <w:rPr>
          <w:color w:val="1B5E20"/>
          <w:sz w:val="1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01B6EBEB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🌱  REFLECTION &amp; COMMITMENT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3B22C16E" w14:textId="77777777">
        <w:trPr>
          <w:jc w:val="center"/>
        </w:trPr>
        <w:tc>
          <w:tcPr>
            <w:tcW w:w="9792" w:type="dxa"/>
            <w:tcBorders>
              <w:left w:val="single" w:sz="20" w:space="0" w:color="1B5E20"/>
            </w:tcBorders>
            <w:shd w:val="clear" w:color="auto" w:fill="E8F5E9"/>
          </w:tcPr>
          <w:p w14:paraId="61855742" w14:textId="77777777" w:rsidR="007142CA" w:rsidRDefault="007142CA"/>
          <w:p w14:paraId="5371645B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>🪞  Reflection:</w:t>
            </w:r>
          </w:p>
          <w:p w14:paraId="4023DEAF" w14:textId="77777777" w:rsidR="007142CA" w:rsidRDefault="000E11C8">
            <w:r>
              <w:rPr>
                <w:rFonts w:ascii="Calibri" w:hAnsi="Calibri"/>
                <w:color w:val="2C2C2C"/>
              </w:rPr>
              <w:t>"If God answered every prayer I prayed this past week, what would have changed? What does my answer reveal about the scope of my praying?"</w:t>
            </w:r>
          </w:p>
        </w:tc>
      </w:tr>
    </w:tbl>
    <w:p w14:paraId="3F637B58" w14:textId="77777777" w:rsidR="007142CA" w:rsidRDefault="007142CA"/>
    <w:p w14:paraId="667FA566" w14:textId="77777777" w:rsidR="007142CA" w:rsidRDefault="000E11C8">
      <w:pPr>
        <w:spacing w:after="60"/>
        <w:ind w:left="432"/>
      </w:pPr>
      <w:r>
        <w:rPr>
          <w:rFonts w:ascii="Calibri" w:hAnsi="Calibri"/>
          <w:color w:val="2C2C2C"/>
        </w:rPr>
        <w:t>My Commitment this week:</w:t>
      </w:r>
    </w:p>
    <w:p w14:paraId="49F9305E" w14:textId="77777777" w:rsidR="007142CA" w:rsidRDefault="000E11C8">
      <w:pPr>
        <w:spacing w:after="60"/>
        <w:ind w:left="432"/>
      </w:pPr>
      <w:r>
        <w:rPr>
          <w:rFonts w:ascii="Calibri" w:hAnsi="Calibri"/>
          <w:color w:val="1B5E20"/>
        </w:rPr>
        <w:t>"My daily prayer time: __________ (time), for __________ (duration), using the Lord's Prayer structure."</w:t>
      </w:r>
    </w:p>
    <w:p w14:paraId="77C158B7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4F756B20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669B9432" w14:textId="77777777" w:rsidR="007142CA" w:rsidRDefault="000E11C8">
      <w:pPr>
        <w:spacing w:before="40" w:after="40"/>
      </w:pPr>
      <w:r>
        <w:rPr>
          <w:color w:val="1B5E20"/>
          <w:sz w:val="1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79913FBE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🏠  AT-HOME PRACTICE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22A8476B" w14:textId="77777777">
        <w:trPr>
          <w:jc w:val="center"/>
        </w:trPr>
        <w:tc>
          <w:tcPr>
            <w:tcW w:w="9792" w:type="dxa"/>
            <w:tcBorders>
              <w:left w:val="single" w:sz="20" w:space="0" w:color="1B5E20"/>
            </w:tcBorders>
            <w:shd w:val="clear" w:color="auto" w:fill="E8F5E9"/>
          </w:tcPr>
          <w:p w14:paraId="54474659" w14:textId="77777777" w:rsidR="007142CA" w:rsidRDefault="007142CA"/>
          <w:p w14:paraId="4D629494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>✍️  Journal Prompt:</w:t>
            </w:r>
          </w:p>
          <w:p w14:paraId="59EAE035" w14:textId="77777777" w:rsidR="007142CA" w:rsidRDefault="000E11C8">
            <w:r>
              <w:rPr>
                <w:rFonts w:ascii="Calibri" w:hAnsi="Calibri"/>
                <w:color w:val="2C2C2C"/>
              </w:rPr>
              <w:t>"Describe your most memorable prayer experience — a time when prayer was a real encounter, not a routine. What made it different?"</w:t>
            </w:r>
          </w:p>
        </w:tc>
      </w:tr>
    </w:tbl>
    <w:p w14:paraId="2CC89882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3C0044DC" w14:textId="77777777">
        <w:trPr>
          <w:jc w:val="center"/>
        </w:trPr>
        <w:tc>
          <w:tcPr>
            <w:tcW w:w="9792" w:type="dxa"/>
            <w:tcBorders>
              <w:left w:val="single" w:sz="20" w:space="0" w:color="1B5E20"/>
            </w:tcBorders>
            <w:shd w:val="clear" w:color="auto" w:fill="E8F5E9"/>
          </w:tcPr>
          <w:p w14:paraId="268F7564" w14:textId="77777777" w:rsidR="007142CA" w:rsidRDefault="007142CA"/>
          <w:p w14:paraId="68973FB6" w14:textId="77777777" w:rsidR="007142CA" w:rsidRDefault="000E11C8">
            <w:r>
              <w:rPr>
                <w:rFonts w:ascii="Calibri" w:hAnsi="Calibri"/>
                <w:b/>
                <w:color w:val="8B6F10"/>
              </w:rPr>
              <w:lastRenderedPageBreak/>
              <w:t>🎯  Action Step:</w:t>
            </w:r>
          </w:p>
          <w:p w14:paraId="0D7426C6" w14:textId="77777777" w:rsidR="007142CA" w:rsidRDefault="000E11C8">
            <w:r>
              <w:rPr>
                <w:rFonts w:ascii="Calibri" w:hAnsi="Calibri"/>
                <w:color w:val="2C2C2C"/>
              </w:rPr>
              <w:t>Set a prayer alarm on your phone for a specific time daily. When it goes off, pause — wherever you are — and pray for 60 seconds.</w:t>
            </w:r>
          </w:p>
        </w:tc>
      </w:tr>
    </w:tbl>
    <w:p w14:paraId="715E77F9" w14:textId="77777777" w:rsidR="007142CA" w:rsidRDefault="007142CA"/>
    <w:p w14:paraId="502D734F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✏️  MY NOTES  </w:t>
      </w:r>
    </w:p>
    <w:p w14:paraId="7AAD6E3E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6A6B4AD7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3122FFEF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26C147E5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5FEFEE63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12992FC6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19CA704F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🙏  THE LORD'S PRAYER — MY PRAYER GUIDE (Matt 6:9–13)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64"/>
        <w:gridCol w:w="3264"/>
        <w:gridCol w:w="3264"/>
      </w:tblGrid>
      <w:tr w:rsidR="007142CA" w14:paraId="2A0BFF46" w14:textId="77777777">
        <w:trPr>
          <w:jc w:val="center"/>
        </w:trPr>
        <w:tc>
          <w:tcPr>
            <w:tcW w:w="3264" w:type="dxa"/>
            <w:shd w:val="clear" w:color="auto" w:fill="E8F5E9"/>
          </w:tcPr>
          <w:p w14:paraId="06435514" w14:textId="77777777" w:rsidR="007142CA" w:rsidRDefault="000E11C8">
            <w:r>
              <w:rPr>
                <w:rFonts w:ascii="Calibri" w:hAnsi="Calibri"/>
                <w:b/>
                <w:color w:val="C9A227"/>
                <w:sz w:val="18"/>
              </w:rPr>
              <w:t>ELEMENT</w:t>
            </w:r>
            <w:r>
              <w:rPr>
                <w:rFonts w:ascii="Calibri" w:hAnsi="Calibri"/>
                <w:b/>
                <w:color w:val="1B5E20"/>
                <w:sz w:val="18"/>
              </w:rPr>
              <w:t>1. Adoration</w:t>
            </w:r>
          </w:p>
        </w:tc>
        <w:tc>
          <w:tcPr>
            <w:tcW w:w="3264" w:type="dxa"/>
            <w:shd w:val="clear" w:color="auto" w:fill="FFFFFF"/>
          </w:tcPr>
          <w:p w14:paraId="60239397" w14:textId="77777777" w:rsidR="007142CA" w:rsidRDefault="000E11C8">
            <w:r>
              <w:rPr>
                <w:rFonts w:ascii="Calibri" w:hAnsi="Calibri"/>
                <w:b/>
                <w:color w:val="C9A227"/>
                <w:sz w:val="18"/>
              </w:rPr>
              <w:t>SCRIPTURE</w:t>
            </w:r>
            <w:r>
              <w:rPr>
                <w:rFonts w:ascii="Calibri" w:hAnsi="Calibri"/>
                <w:i/>
                <w:color w:val="0D2B55"/>
                <w:sz w:val="18"/>
              </w:rPr>
              <w:t>Hallowed be thy name</w:t>
            </w:r>
          </w:p>
        </w:tc>
        <w:tc>
          <w:tcPr>
            <w:tcW w:w="3264" w:type="dxa"/>
            <w:shd w:val="clear" w:color="auto" w:fill="FDF6E3"/>
          </w:tcPr>
          <w:p w14:paraId="4FE1F1F4" w14:textId="77777777" w:rsidR="007142CA" w:rsidRDefault="000E11C8">
            <w:r>
              <w:rPr>
                <w:rFonts w:ascii="Calibri" w:hAnsi="Calibri"/>
                <w:b/>
                <w:color w:val="C9A227"/>
                <w:sz w:val="18"/>
              </w:rPr>
              <w:t>HOW I USE IT</w:t>
            </w:r>
            <w:r>
              <w:rPr>
                <w:rFonts w:ascii="Calibri" w:hAnsi="Calibri"/>
                <w:i/>
                <w:color w:val="2C2C2C"/>
                <w:sz w:val="18"/>
              </w:rPr>
              <w:t>Praise God for who He IS today...</w:t>
            </w:r>
          </w:p>
        </w:tc>
      </w:tr>
      <w:tr w:rsidR="007142CA" w14:paraId="2AE3557E" w14:textId="77777777">
        <w:trPr>
          <w:jc w:val="center"/>
        </w:trPr>
        <w:tc>
          <w:tcPr>
            <w:tcW w:w="3264" w:type="dxa"/>
            <w:shd w:val="clear" w:color="auto" w:fill="E8F5E9"/>
          </w:tcPr>
          <w:p w14:paraId="294CEDE8" w14:textId="77777777" w:rsidR="007142CA" w:rsidRDefault="000E11C8">
            <w:r>
              <w:rPr>
                <w:rFonts w:ascii="Calibri" w:hAnsi="Calibri"/>
                <w:b/>
                <w:color w:val="1B5E20"/>
                <w:sz w:val="18"/>
              </w:rPr>
              <w:t>2. Alignment</w:t>
            </w:r>
          </w:p>
        </w:tc>
        <w:tc>
          <w:tcPr>
            <w:tcW w:w="3264" w:type="dxa"/>
            <w:shd w:val="clear" w:color="auto" w:fill="FFFFFF"/>
          </w:tcPr>
          <w:p w14:paraId="074FB015" w14:textId="77777777" w:rsidR="007142CA" w:rsidRDefault="000E11C8">
            <w:r>
              <w:rPr>
                <w:rFonts w:ascii="Calibri" w:hAnsi="Calibri"/>
                <w:i/>
                <w:color w:val="0D2B55"/>
                <w:sz w:val="18"/>
              </w:rPr>
              <w:t>Thy kingdom come, thy will be done</w:t>
            </w:r>
          </w:p>
        </w:tc>
        <w:tc>
          <w:tcPr>
            <w:tcW w:w="3264" w:type="dxa"/>
            <w:shd w:val="clear" w:color="auto" w:fill="FDF6E3"/>
          </w:tcPr>
          <w:p w14:paraId="1722BE18" w14:textId="77777777" w:rsidR="007142CA" w:rsidRDefault="000E11C8">
            <w:r>
              <w:rPr>
                <w:rFonts w:ascii="Calibri" w:hAnsi="Calibri"/>
                <w:i/>
                <w:color w:val="2C2C2C"/>
                <w:sz w:val="18"/>
              </w:rPr>
              <w:t>Surrender my plans: Lord, Your will in ___...</w:t>
            </w:r>
          </w:p>
        </w:tc>
      </w:tr>
      <w:tr w:rsidR="007142CA" w14:paraId="4CE46BA0" w14:textId="77777777">
        <w:trPr>
          <w:jc w:val="center"/>
        </w:trPr>
        <w:tc>
          <w:tcPr>
            <w:tcW w:w="3264" w:type="dxa"/>
            <w:shd w:val="clear" w:color="auto" w:fill="E8F5E9"/>
          </w:tcPr>
          <w:p w14:paraId="6E539425" w14:textId="77777777" w:rsidR="007142CA" w:rsidRDefault="000E11C8">
            <w:r>
              <w:rPr>
                <w:rFonts w:ascii="Calibri" w:hAnsi="Calibri"/>
                <w:b/>
                <w:color w:val="1B5E20"/>
                <w:sz w:val="18"/>
              </w:rPr>
              <w:t>3. Provision</w:t>
            </w:r>
          </w:p>
        </w:tc>
        <w:tc>
          <w:tcPr>
            <w:tcW w:w="3264" w:type="dxa"/>
            <w:shd w:val="clear" w:color="auto" w:fill="FFFFFF"/>
          </w:tcPr>
          <w:p w14:paraId="17673353" w14:textId="77777777" w:rsidR="007142CA" w:rsidRDefault="000E11C8">
            <w:r>
              <w:rPr>
                <w:rFonts w:ascii="Calibri" w:hAnsi="Calibri"/>
                <w:i/>
                <w:color w:val="0D2B55"/>
                <w:sz w:val="18"/>
              </w:rPr>
              <w:t>Give us this day our daily bread</w:t>
            </w:r>
          </w:p>
        </w:tc>
        <w:tc>
          <w:tcPr>
            <w:tcW w:w="3264" w:type="dxa"/>
            <w:shd w:val="clear" w:color="auto" w:fill="FDF6E3"/>
          </w:tcPr>
          <w:p w14:paraId="6D28AF92" w14:textId="77777777" w:rsidR="007142CA" w:rsidRDefault="000E11C8">
            <w:r>
              <w:rPr>
                <w:rFonts w:ascii="Calibri" w:hAnsi="Calibri"/>
                <w:i/>
                <w:color w:val="2C2C2C"/>
                <w:sz w:val="18"/>
              </w:rPr>
              <w:t>Today I trust You for ___...</w:t>
            </w:r>
          </w:p>
        </w:tc>
      </w:tr>
      <w:tr w:rsidR="007142CA" w14:paraId="4E21279F" w14:textId="77777777">
        <w:trPr>
          <w:jc w:val="center"/>
        </w:trPr>
        <w:tc>
          <w:tcPr>
            <w:tcW w:w="3264" w:type="dxa"/>
            <w:shd w:val="clear" w:color="auto" w:fill="E8F5E9"/>
          </w:tcPr>
          <w:p w14:paraId="7201AF11" w14:textId="77777777" w:rsidR="007142CA" w:rsidRDefault="000E11C8">
            <w:r>
              <w:rPr>
                <w:rFonts w:ascii="Calibri" w:hAnsi="Calibri"/>
                <w:b/>
                <w:color w:val="1B5E20"/>
                <w:sz w:val="18"/>
              </w:rPr>
              <w:t>4. Pardon</w:t>
            </w:r>
          </w:p>
        </w:tc>
        <w:tc>
          <w:tcPr>
            <w:tcW w:w="3264" w:type="dxa"/>
            <w:shd w:val="clear" w:color="auto" w:fill="FFFFFF"/>
          </w:tcPr>
          <w:p w14:paraId="45A60621" w14:textId="77777777" w:rsidR="007142CA" w:rsidRDefault="000E11C8">
            <w:r>
              <w:rPr>
                <w:rFonts w:ascii="Calibri" w:hAnsi="Calibri"/>
                <w:i/>
                <w:color w:val="0D2B55"/>
                <w:sz w:val="18"/>
              </w:rPr>
              <w:t>Forgive us our debts</w:t>
            </w:r>
          </w:p>
        </w:tc>
        <w:tc>
          <w:tcPr>
            <w:tcW w:w="3264" w:type="dxa"/>
            <w:shd w:val="clear" w:color="auto" w:fill="FDF6E3"/>
          </w:tcPr>
          <w:p w14:paraId="0D45E9A5" w14:textId="77777777" w:rsidR="007142CA" w:rsidRDefault="000E11C8">
            <w:r>
              <w:rPr>
                <w:rFonts w:ascii="Calibri" w:hAnsi="Calibri"/>
                <w:i/>
                <w:color w:val="2C2C2C"/>
                <w:sz w:val="18"/>
              </w:rPr>
              <w:t>I confess ___. I forgive ___ today.</w:t>
            </w:r>
          </w:p>
        </w:tc>
      </w:tr>
      <w:tr w:rsidR="007142CA" w14:paraId="166B7A7B" w14:textId="77777777">
        <w:trPr>
          <w:jc w:val="center"/>
        </w:trPr>
        <w:tc>
          <w:tcPr>
            <w:tcW w:w="3264" w:type="dxa"/>
            <w:shd w:val="clear" w:color="auto" w:fill="E8F5E9"/>
          </w:tcPr>
          <w:p w14:paraId="68F9DFF1" w14:textId="77777777" w:rsidR="007142CA" w:rsidRDefault="000E11C8">
            <w:r>
              <w:rPr>
                <w:rFonts w:ascii="Calibri" w:hAnsi="Calibri"/>
                <w:b/>
                <w:color w:val="1B5E20"/>
                <w:sz w:val="18"/>
              </w:rPr>
              <w:t>5. Protection</w:t>
            </w:r>
          </w:p>
        </w:tc>
        <w:tc>
          <w:tcPr>
            <w:tcW w:w="3264" w:type="dxa"/>
            <w:shd w:val="clear" w:color="auto" w:fill="FFFFFF"/>
          </w:tcPr>
          <w:p w14:paraId="551110F1" w14:textId="77777777" w:rsidR="007142CA" w:rsidRDefault="000E11C8">
            <w:r>
              <w:rPr>
                <w:rFonts w:ascii="Calibri" w:hAnsi="Calibri"/>
                <w:i/>
                <w:color w:val="0D2B55"/>
                <w:sz w:val="18"/>
              </w:rPr>
              <w:t>Deliver us from evil</w:t>
            </w:r>
          </w:p>
        </w:tc>
        <w:tc>
          <w:tcPr>
            <w:tcW w:w="3264" w:type="dxa"/>
            <w:shd w:val="clear" w:color="auto" w:fill="FDF6E3"/>
          </w:tcPr>
          <w:p w14:paraId="0AC3D914" w14:textId="77777777" w:rsidR="007142CA" w:rsidRDefault="000E11C8">
            <w:r>
              <w:rPr>
                <w:rFonts w:ascii="Calibri" w:hAnsi="Calibri"/>
                <w:i/>
                <w:color w:val="2C2C2C"/>
                <w:sz w:val="18"/>
              </w:rPr>
              <w:t>Guard me today against ___...</w:t>
            </w:r>
          </w:p>
        </w:tc>
      </w:tr>
      <w:tr w:rsidR="007142CA" w14:paraId="4346AA81" w14:textId="77777777">
        <w:trPr>
          <w:jc w:val="center"/>
        </w:trPr>
        <w:tc>
          <w:tcPr>
            <w:tcW w:w="3264" w:type="dxa"/>
            <w:shd w:val="clear" w:color="auto" w:fill="E8F5E9"/>
          </w:tcPr>
          <w:p w14:paraId="34468C96" w14:textId="77777777" w:rsidR="007142CA" w:rsidRDefault="000E11C8">
            <w:r>
              <w:rPr>
                <w:rFonts w:ascii="Calibri" w:hAnsi="Calibri"/>
                <w:b/>
                <w:color w:val="1B5E20"/>
                <w:sz w:val="18"/>
              </w:rPr>
              <w:t>6. Doxology</w:t>
            </w:r>
          </w:p>
        </w:tc>
        <w:tc>
          <w:tcPr>
            <w:tcW w:w="3264" w:type="dxa"/>
            <w:shd w:val="clear" w:color="auto" w:fill="FFFFFF"/>
          </w:tcPr>
          <w:p w14:paraId="118C3069" w14:textId="77777777" w:rsidR="007142CA" w:rsidRDefault="000E11C8">
            <w:r>
              <w:rPr>
                <w:rFonts w:ascii="Calibri" w:hAnsi="Calibri"/>
                <w:i/>
                <w:color w:val="0D2B55"/>
                <w:sz w:val="18"/>
              </w:rPr>
              <w:t>Thine is the kingdom and the power</w:t>
            </w:r>
          </w:p>
        </w:tc>
        <w:tc>
          <w:tcPr>
            <w:tcW w:w="3264" w:type="dxa"/>
            <w:shd w:val="clear" w:color="auto" w:fill="FDF6E3"/>
          </w:tcPr>
          <w:p w14:paraId="4A29DE6C" w14:textId="77777777" w:rsidR="007142CA" w:rsidRDefault="000E11C8">
            <w:r>
              <w:rPr>
                <w:rFonts w:ascii="Calibri" w:hAnsi="Calibri"/>
                <w:i/>
                <w:color w:val="2C2C2C"/>
                <w:sz w:val="18"/>
              </w:rPr>
              <w:t>I end with worship: Lord, You are ___...</w:t>
            </w:r>
          </w:p>
        </w:tc>
      </w:tr>
      <w:tr w:rsidR="007142CA" w14:paraId="1D0690B4" w14:textId="77777777">
        <w:trPr>
          <w:jc w:val="center"/>
        </w:trPr>
        <w:tc>
          <w:tcPr>
            <w:tcW w:w="3264" w:type="dxa"/>
            <w:shd w:val="clear" w:color="auto" w:fill="E8F5E9"/>
          </w:tcPr>
          <w:p w14:paraId="0907E577" w14:textId="77777777" w:rsidR="007142CA" w:rsidRDefault="000E11C8">
            <w:r>
              <w:rPr>
                <w:rFonts w:ascii="Calibri" w:hAnsi="Calibri"/>
                <w:b/>
                <w:color w:val="1B5E20"/>
                <w:sz w:val="18"/>
              </w:rPr>
              <w:t>7. Continuous</w:t>
            </w:r>
          </w:p>
        </w:tc>
        <w:tc>
          <w:tcPr>
            <w:tcW w:w="3264" w:type="dxa"/>
            <w:shd w:val="clear" w:color="auto" w:fill="FFFFFF"/>
          </w:tcPr>
          <w:p w14:paraId="0EFACE77" w14:textId="77777777" w:rsidR="007142CA" w:rsidRDefault="000E11C8">
            <w:r>
              <w:rPr>
                <w:rFonts w:ascii="Calibri" w:hAnsi="Calibri"/>
                <w:i/>
                <w:color w:val="0D2B55"/>
                <w:sz w:val="18"/>
              </w:rPr>
              <w:t>Pray without ceasing</w:t>
            </w:r>
          </w:p>
        </w:tc>
        <w:tc>
          <w:tcPr>
            <w:tcW w:w="3264" w:type="dxa"/>
            <w:shd w:val="clear" w:color="auto" w:fill="FDF6E3"/>
          </w:tcPr>
          <w:p w14:paraId="46CF629A" w14:textId="77777777" w:rsidR="007142CA" w:rsidRDefault="000E11C8">
            <w:r>
              <w:rPr>
                <w:rFonts w:ascii="Calibri" w:hAnsi="Calibri"/>
                <w:i/>
                <w:color w:val="2C2C2C"/>
                <w:sz w:val="18"/>
              </w:rPr>
              <w:t>Throughout today I will pause and pray at ___...</w:t>
            </w:r>
          </w:p>
        </w:tc>
      </w:tr>
    </w:tbl>
    <w:p w14:paraId="1FEA0C4E" w14:textId="77777777" w:rsidR="007142CA" w:rsidRDefault="007142CA"/>
    <w:p w14:paraId="70E6C7AD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✏️  MY NOTES — WEEK 6  </w:t>
      </w:r>
    </w:p>
    <w:p w14:paraId="608732A7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3DAF25C8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03493FD4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2C225726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3C7609F3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17688227" w14:textId="77777777" w:rsidR="007142CA" w:rsidRDefault="000E11C8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37F0E399" w14:textId="77777777">
        <w:trPr>
          <w:jc w:val="center"/>
        </w:trPr>
        <w:tc>
          <w:tcPr>
            <w:tcW w:w="9792" w:type="dxa"/>
            <w:shd w:val="clear" w:color="auto" w:fill="1B5E20"/>
          </w:tcPr>
          <w:p w14:paraId="1F55C19A" w14:textId="77777777" w:rsidR="007142CA" w:rsidRDefault="000E11C8" w:rsidP="00470513">
            <w:pPr>
              <w:pStyle w:val="Heading3"/>
            </w:pPr>
            <w:r>
              <w:lastRenderedPageBreak/>
              <w:t xml:space="preserve">  </w:t>
            </w:r>
            <w:bookmarkStart w:id="8" w:name="_Toc224725428"/>
            <w:r w:rsidRPr="00470513">
              <w:rPr>
                <w:color w:val="FFFFFF" w:themeColor="background1"/>
                <w:sz w:val="28"/>
                <w:szCs w:val="28"/>
              </w:rPr>
              <w:t xml:space="preserve">WEEK </w:t>
            </w:r>
            <w:proofErr w:type="gramStart"/>
            <w:r w:rsidRPr="00470513">
              <w:rPr>
                <w:color w:val="FFFFFF" w:themeColor="background1"/>
                <w:sz w:val="28"/>
                <w:szCs w:val="28"/>
              </w:rPr>
              <w:t>7  |</w:t>
            </w:r>
            <w:proofErr w:type="gramEnd"/>
            <w:r w:rsidRPr="00470513">
              <w:rPr>
                <w:color w:val="FFFFFF" w:themeColor="background1"/>
                <w:sz w:val="28"/>
                <w:szCs w:val="28"/>
              </w:rPr>
              <w:t xml:space="preserve">  THE WITNESS OF A DISCIPLE</w:t>
            </w:r>
            <w:bookmarkEnd w:id="8"/>
            <w:r w:rsidRPr="00470513">
              <w:rPr>
                <w:color w:val="FFFFFF" w:themeColor="background1"/>
                <w:sz w:val="28"/>
                <w:szCs w:val="28"/>
              </w:rPr>
              <w:t xml:space="preserve">  </w:t>
            </w:r>
          </w:p>
        </w:tc>
      </w:tr>
      <w:tr w:rsidR="007142CA" w14:paraId="662914DF" w14:textId="77777777">
        <w:trPr>
          <w:jc w:val="center"/>
        </w:trPr>
        <w:tc>
          <w:tcPr>
            <w:tcW w:w="9792" w:type="dxa"/>
            <w:shd w:val="clear" w:color="auto" w:fill="FDF0D0"/>
          </w:tcPr>
          <w:p w14:paraId="2F583655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0D2B55"/>
                <w:sz w:val="20"/>
              </w:rPr>
              <w:t>📖  Matthew 28:18–20; Acts 1:8  (KJV)</w:t>
            </w:r>
          </w:p>
        </w:tc>
      </w:tr>
      <w:tr w:rsidR="007142CA" w14:paraId="527CFDCF" w14:textId="77777777">
        <w:trPr>
          <w:jc w:val="center"/>
        </w:trPr>
        <w:tc>
          <w:tcPr>
            <w:tcW w:w="9792" w:type="dxa"/>
            <w:shd w:val="clear" w:color="auto" w:fill="FDF6E3"/>
          </w:tcPr>
          <w:p w14:paraId="51129F7A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 xml:space="preserve">💡  BIG IDEA:  </w:t>
            </w:r>
            <w:r>
              <w:rPr>
                <w:rFonts w:ascii="Calibri" w:hAnsi="Calibri"/>
                <w:color w:val="2C2C2C"/>
              </w:rPr>
              <w:t>Every disciple is a sent one — the Great Commission is a personal calling, not a suggestion for specialists.</w:t>
            </w:r>
          </w:p>
        </w:tc>
      </w:tr>
    </w:tbl>
    <w:p w14:paraId="2021DD05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2990342F" w14:textId="77777777">
        <w:trPr>
          <w:jc w:val="center"/>
        </w:trPr>
        <w:tc>
          <w:tcPr>
            <w:tcW w:w="9792" w:type="dxa"/>
            <w:tcBorders>
              <w:top w:val="single" w:sz="12" w:space="0" w:color="0D2B55"/>
              <w:left w:val="single" w:sz="12" w:space="0" w:color="0D2B55"/>
              <w:bottom w:val="single" w:sz="12" w:space="0" w:color="0D2B55"/>
              <w:right w:val="single" w:sz="12" w:space="0" w:color="0D2B55"/>
            </w:tcBorders>
            <w:shd w:val="clear" w:color="auto" w:fill="E8F5E9"/>
          </w:tcPr>
          <w:p w14:paraId="4E28D518" w14:textId="77777777" w:rsidR="007142CA" w:rsidRDefault="007142CA"/>
          <w:p w14:paraId="0F83D01D" w14:textId="77777777" w:rsidR="007142CA" w:rsidRDefault="000E11C8">
            <w:pPr>
              <w:jc w:val="center"/>
            </w:pPr>
            <w:r>
              <w:rPr>
                <w:rFonts w:ascii="Georgia" w:hAnsi="Georgia"/>
                <w:b/>
                <w:i/>
                <w:color w:val="0D2B55"/>
                <w:sz w:val="24"/>
              </w:rPr>
              <w:t>📖  "But ye shall receive power, after that the Holy Ghost is come upon you: and ye shall</w:t>
            </w:r>
            <w:r>
              <w:rPr>
                <w:rFonts w:ascii="Georgia" w:hAnsi="Georgia"/>
                <w:b/>
                <w:i/>
                <w:color w:val="0D2B55"/>
                <w:sz w:val="24"/>
              </w:rPr>
              <w:br/>
              <w:t>be witnesses unto me both in Jerusalem, and in all Judaea, and in Samaria,</w:t>
            </w:r>
            <w:r>
              <w:rPr>
                <w:rFonts w:ascii="Georgia" w:hAnsi="Georgia"/>
                <w:b/>
                <w:i/>
                <w:color w:val="0D2B55"/>
                <w:sz w:val="24"/>
              </w:rPr>
              <w:br/>
              <w:t>and unto the uttermost part of the earth."</w:t>
            </w:r>
          </w:p>
          <w:p w14:paraId="4ED3AC92" w14:textId="77777777" w:rsidR="007142CA" w:rsidRDefault="000E11C8">
            <w:pPr>
              <w:jc w:val="center"/>
            </w:pPr>
            <w:r>
              <w:rPr>
                <w:rFonts w:ascii="Georgia" w:hAnsi="Georgia"/>
                <w:b/>
                <w:color w:val="8B6F10"/>
                <w:sz w:val="20"/>
              </w:rPr>
              <w:t>— Acts 1:8 (KJV) ✦ MEMORY VERSE</w:t>
            </w:r>
          </w:p>
        </w:tc>
      </w:tr>
    </w:tbl>
    <w:p w14:paraId="1C2EAC12" w14:textId="77777777" w:rsidR="007142CA" w:rsidRDefault="007142CA"/>
    <w:p w14:paraId="458BDC78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📖  KEY TRUTHS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7FB896AC" w14:textId="77777777">
        <w:trPr>
          <w:jc w:val="center"/>
        </w:trPr>
        <w:tc>
          <w:tcPr>
            <w:tcW w:w="4896" w:type="dxa"/>
            <w:shd w:val="clear" w:color="auto" w:fill="1B5E20"/>
          </w:tcPr>
          <w:p w14:paraId="2195CEB2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Matt 28:18</w:t>
            </w:r>
          </w:p>
        </w:tc>
        <w:tc>
          <w:tcPr>
            <w:tcW w:w="4896" w:type="dxa"/>
            <w:shd w:val="clear" w:color="auto" w:fill="FDF6E3"/>
          </w:tcPr>
          <w:p w14:paraId="0B275A1C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All authority belongs to Jesus. The Commission flows from His authority — we go because He has the right to send us.</w:t>
            </w:r>
          </w:p>
        </w:tc>
      </w:tr>
    </w:tbl>
    <w:p w14:paraId="67792EA8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1AE76151" w14:textId="77777777">
        <w:trPr>
          <w:jc w:val="center"/>
        </w:trPr>
        <w:tc>
          <w:tcPr>
            <w:tcW w:w="4896" w:type="dxa"/>
            <w:shd w:val="clear" w:color="auto" w:fill="1B5E20"/>
          </w:tcPr>
          <w:p w14:paraId="2EFFCBB5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Matt 28:19</w:t>
            </w:r>
          </w:p>
        </w:tc>
        <w:tc>
          <w:tcPr>
            <w:tcW w:w="4896" w:type="dxa"/>
            <w:shd w:val="clear" w:color="auto" w:fill="FDF6E3"/>
          </w:tcPr>
          <w:p w14:paraId="2636AF14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The primary command: MAKE DISCIPLES. Go, baptize, and teach are how we do it.</w:t>
            </w:r>
          </w:p>
        </w:tc>
      </w:tr>
    </w:tbl>
    <w:p w14:paraId="398D2C1B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1229489C" w14:textId="77777777">
        <w:trPr>
          <w:jc w:val="center"/>
        </w:trPr>
        <w:tc>
          <w:tcPr>
            <w:tcW w:w="4896" w:type="dxa"/>
            <w:shd w:val="clear" w:color="auto" w:fill="1B5E20"/>
          </w:tcPr>
          <w:p w14:paraId="77E1CCD1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Matt 28:20</w:t>
            </w:r>
          </w:p>
        </w:tc>
        <w:tc>
          <w:tcPr>
            <w:tcW w:w="4896" w:type="dxa"/>
            <w:shd w:val="clear" w:color="auto" w:fill="FDF6E3"/>
          </w:tcPr>
          <w:p w14:paraId="2C7B52EE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"Lo, I am with you alway." We do not witness in our own strength — He goes with us.</w:t>
            </w:r>
          </w:p>
        </w:tc>
      </w:tr>
    </w:tbl>
    <w:p w14:paraId="54D33B79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42EE4684" w14:textId="77777777">
        <w:trPr>
          <w:jc w:val="center"/>
        </w:trPr>
        <w:tc>
          <w:tcPr>
            <w:tcW w:w="4896" w:type="dxa"/>
            <w:shd w:val="clear" w:color="auto" w:fill="1B5E20"/>
          </w:tcPr>
          <w:p w14:paraId="469D70A4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Acts 1:8</w:t>
            </w:r>
          </w:p>
        </w:tc>
        <w:tc>
          <w:tcPr>
            <w:tcW w:w="4896" w:type="dxa"/>
            <w:shd w:val="clear" w:color="auto" w:fill="FDF6E3"/>
          </w:tcPr>
          <w:p w14:paraId="20F71BB2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Holy Spirit power enables witness. Jerusalem = home. Judaea = city. Samaria = uncomfortable others. Uttermost = global mission.</w:t>
            </w:r>
          </w:p>
        </w:tc>
      </w:tr>
    </w:tbl>
    <w:p w14:paraId="4A142166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0446C238" w14:textId="77777777">
        <w:trPr>
          <w:jc w:val="center"/>
        </w:trPr>
        <w:tc>
          <w:tcPr>
            <w:tcW w:w="4896" w:type="dxa"/>
            <w:shd w:val="clear" w:color="auto" w:fill="1B5E20"/>
          </w:tcPr>
          <w:p w14:paraId="01523208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2 Cor 5:20</w:t>
            </w:r>
          </w:p>
        </w:tc>
        <w:tc>
          <w:tcPr>
            <w:tcW w:w="4896" w:type="dxa"/>
            <w:shd w:val="clear" w:color="auto" w:fill="FDF6E3"/>
          </w:tcPr>
          <w:p w14:paraId="49560691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We are ambassadors for Christ. God makes His appeal through us.</w:t>
            </w:r>
          </w:p>
        </w:tc>
      </w:tr>
    </w:tbl>
    <w:p w14:paraId="29959F9C" w14:textId="77777777" w:rsidR="007142CA" w:rsidRDefault="007142CA"/>
    <w:p w14:paraId="6C18DF2A" w14:textId="77777777" w:rsidR="007142CA" w:rsidRDefault="000E11C8">
      <w:pPr>
        <w:spacing w:before="40" w:after="40"/>
      </w:pPr>
      <w:r>
        <w:rPr>
          <w:color w:val="1B5E20"/>
          <w:sz w:val="1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113630A4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💬  DISCUSSION QUESTIONS  </w:t>
      </w:r>
    </w:p>
    <w:p w14:paraId="66F4CA15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Q1  </w:t>
      </w:r>
      <w:r>
        <w:rPr>
          <w:rFonts w:ascii="Calibri" w:hAnsi="Calibri"/>
          <w:color w:val="2C2C2C"/>
        </w:rPr>
        <w:t>Matthew 28:19 says "Go ye." In what specific contexts does "going" happen for you right now?</w:t>
      </w:r>
    </w:p>
    <w:p w14:paraId="57F984E8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Q2  </w:t>
      </w:r>
      <w:r>
        <w:rPr>
          <w:rFonts w:ascii="Calibri" w:hAnsi="Calibri"/>
          <w:color w:val="2C2C2C"/>
        </w:rPr>
        <w:t>Name someone in your "Jerusalem" (those closest to you) who does not yet know Christ.</w:t>
      </w:r>
    </w:p>
    <w:p w14:paraId="1A6CAD19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"Q3  </w:t>
      </w:r>
      <w:r>
        <w:rPr>
          <w:rFonts w:ascii="Calibri" w:hAnsi="Calibri"/>
          <w:color w:val="2C2C2C"/>
        </w:rPr>
        <w:t>"I am not ashamed of the gospel" (Romans 1:16). Are there situations where you have stayed silent when you could have spoken?</w:t>
      </w:r>
    </w:p>
    <w:p w14:paraId="56395260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Q4  </w:t>
      </w:r>
      <w:r>
        <w:rPr>
          <w:rFonts w:ascii="Calibri" w:hAnsi="Calibri"/>
          <w:color w:val="2C2C2C"/>
        </w:rPr>
        <w:t>What is YOUR personal salvation testimony in 3 minutes or less? Can you tell it clearly?</w:t>
      </w:r>
    </w:p>
    <w:p w14:paraId="701A12DA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Q5  </w:t>
      </w:r>
      <w:r>
        <w:rPr>
          <w:rFonts w:ascii="Calibri" w:hAnsi="Calibri"/>
          <w:color w:val="2C2C2C"/>
        </w:rPr>
        <w:t>Who is the person God used to bring you to faith? What did they DO? How does that change how you think about your own witness?</w:t>
      </w:r>
    </w:p>
    <w:p w14:paraId="33521734" w14:textId="77777777" w:rsidR="007142CA" w:rsidRDefault="000E11C8">
      <w:pPr>
        <w:spacing w:before="40" w:after="40"/>
      </w:pPr>
      <w:r>
        <w:rPr>
          <w:color w:val="1B5E20"/>
          <w:sz w:val="1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6F50EFD8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🌱  REFLECTION &amp; COMMITMENT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5493CCEB" w14:textId="77777777">
        <w:trPr>
          <w:jc w:val="center"/>
        </w:trPr>
        <w:tc>
          <w:tcPr>
            <w:tcW w:w="9792" w:type="dxa"/>
            <w:tcBorders>
              <w:left w:val="single" w:sz="20" w:space="0" w:color="1B5E20"/>
            </w:tcBorders>
            <w:shd w:val="clear" w:color="auto" w:fill="E8F5E9"/>
          </w:tcPr>
          <w:p w14:paraId="0F0E1607" w14:textId="77777777" w:rsidR="007142CA" w:rsidRDefault="007142CA"/>
          <w:p w14:paraId="2A6FB507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>🪞  Reflection:</w:t>
            </w:r>
          </w:p>
          <w:p w14:paraId="1A80A703" w14:textId="77777777" w:rsidR="007142CA" w:rsidRDefault="000E11C8">
            <w:r>
              <w:rPr>
                <w:rFonts w:ascii="Calibri" w:hAnsi="Calibri"/>
                <w:color w:val="2C2C2C"/>
              </w:rPr>
              <w:t>"Who in my life right now is specifically waiting for me to be the person God uses to point them to Christ? What has held me back?"</w:t>
            </w:r>
          </w:p>
        </w:tc>
      </w:tr>
    </w:tbl>
    <w:p w14:paraId="4529415E" w14:textId="77777777" w:rsidR="007142CA" w:rsidRDefault="007142CA"/>
    <w:p w14:paraId="5ABD7F80" w14:textId="77777777" w:rsidR="007142CA" w:rsidRDefault="000E11C8">
      <w:pPr>
        <w:spacing w:after="60"/>
        <w:ind w:left="432"/>
      </w:pPr>
      <w:r>
        <w:rPr>
          <w:rFonts w:ascii="Calibri" w:hAnsi="Calibri"/>
          <w:color w:val="2C2C2C"/>
        </w:rPr>
        <w:t>My Commitment this week:</w:t>
      </w:r>
    </w:p>
    <w:p w14:paraId="32D12EDD" w14:textId="77777777" w:rsidR="007142CA" w:rsidRDefault="000E11C8">
      <w:pPr>
        <w:spacing w:after="60"/>
        <w:ind w:left="432"/>
      </w:pPr>
      <w:r>
        <w:rPr>
          <w:rFonts w:ascii="Calibri" w:hAnsi="Calibri"/>
          <w:color w:val="1B5E20"/>
        </w:rPr>
        <w:t>"The three people I am committing to pray for and witness to are: __________, __________, __________."</w:t>
      </w:r>
    </w:p>
    <w:p w14:paraId="1DFF9434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70E5400A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25D6C5D5" w14:textId="77777777" w:rsidR="007142CA" w:rsidRDefault="000E11C8">
      <w:pPr>
        <w:spacing w:before="40" w:after="40"/>
      </w:pPr>
      <w:r>
        <w:rPr>
          <w:color w:val="1B5E20"/>
          <w:sz w:val="1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3B703C25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🏠  AT-HOME PRACTICE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7A167601" w14:textId="77777777">
        <w:trPr>
          <w:jc w:val="center"/>
        </w:trPr>
        <w:tc>
          <w:tcPr>
            <w:tcW w:w="9792" w:type="dxa"/>
            <w:tcBorders>
              <w:left w:val="single" w:sz="20" w:space="0" w:color="1B5E20"/>
            </w:tcBorders>
            <w:shd w:val="clear" w:color="auto" w:fill="E8F5E9"/>
          </w:tcPr>
          <w:p w14:paraId="5BC02105" w14:textId="77777777" w:rsidR="007142CA" w:rsidRDefault="007142CA"/>
          <w:p w14:paraId="74BFA4E4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>✍️  Journal Prompt:</w:t>
            </w:r>
          </w:p>
          <w:p w14:paraId="7725A421" w14:textId="77777777" w:rsidR="007142CA" w:rsidRDefault="000E11C8">
            <w:r>
              <w:rPr>
                <w:rFonts w:ascii="Calibri" w:hAnsi="Calibri"/>
                <w:color w:val="2C2C2C"/>
              </w:rPr>
              <w:t>"Describe the moment you became certain the gospel was true for YOU. Write it as if telling someone for the first time."</w:t>
            </w:r>
          </w:p>
        </w:tc>
      </w:tr>
    </w:tbl>
    <w:p w14:paraId="4AB9F37B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08B4E027" w14:textId="77777777">
        <w:trPr>
          <w:jc w:val="center"/>
        </w:trPr>
        <w:tc>
          <w:tcPr>
            <w:tcW w:w="9792" w:type="dxa"/>
            <w:tcBorders>
              <w:left w:val="single" w:sz="20" w:space="0" w:color="1B5E20"/>
            </w:tcBorders>
            <w:shd w:val="clear" w:color="auto" w:fill="E8F5E9"/>
          </w:tcPr>
          <w:p w14:paraId="5ABE9DE8" w14:textId="77777777" w:rsidR="007142CA" w:rsidRDefault="007142CA"/>
          <w:p w14:paraId="5DBCC085" w14:textId="77777777" w:rsidR="007142CA" w:rsidRDefault="000E11C8">
            <w:r>
              <w:rPr>
                <w:rFonts w:ascii="Calibri" w:hAnsi="Calibri"/>
                <w:b/>
                <w:color w:val="8B6F10"/>
              </w:rPr>
              <w:lastRenderedPageBreak/>
              <w:t>🎯  Action Step:</w:t>
            </w:r>
          </w:p>
          <w:p w14:paraId="2D329618" w14:textId="77777777" w:rsidR="007142CA" w:rsidRDefault="000E11C8">
            <w:r>
              <w:rPr>
                <w:rFonts w:ascii="Calibri" w:hAnsi="Calibri"/>
                <w:color w:val="2C2C2C"/>
              </w:rPr>
              <w:t>Take one intentional step toward one of your three names this week — a call, a meal, a verse, a note. Obedience opens doors.</w:t>
            </w:r>
          </w:p>
        </w:tc>
      </w:tr>
    </w:tbl>
    <w:p w14:paraId="1E07EBF2" w14:textId="77777777" w:rsidR="007142CA" w:rsidRDefault="007142CA"/>
    <w:p w14:paraId="30F36A19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✏️  MY NOTES  </w:t>
      </w:r>
    </w:p>
    <w:p w14:paraId="053A09FE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1E9DFEA3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2E3E70E2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2C7D5463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5F1B1BFA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2E0D20A3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48A9C663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✍️  MY 3-MINUTE TESTIMONY WORKSHEET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63179523" w14:textId="77777777">
        <w:trPr>
          <w:jc w:val="center"/>
        </w:trPr>
        <w:tc>
          <w:tcPr>
            <w:tcW w:w="9792" w:type="dxa"/>
            <w:tcBorders>
              <w:top w:val="single" w:sz="8" w:space="0" w:color="1B5E20"/>
              <w:left w:val="single" w:sz="8" w:space="0" w:color="1B5E20"/>
              <w:bottom w:val="single" w:sz="8" w:space="0" w:color="1B5E20"/>
              <w:right w:val="single" w:sz="8" w:space="0" w:color="1B5E20"/>
            </w:tcBorders>
            <w:shd w:val="clear" w:color="auto" w:fill="E8F5E9"/>
          </w:tcPr>
          <w:p w14:paraId="342C8E25" w14:textId="77777777" w:rsidR="007142CA" w:rsidRDefault="000E11C8">
            <w:r>
              <w:rPr>
                <w:rFonts w:ascii="Calibri" w:hAnsi="Calibri"/>
                <w:b/>
                <w:color w:val="1B5E20"/>
                <w:sz w:val="20"/>
              </w:rPr>
              <w:t>PART 1 — BEFORE Christ:</w:t>
            </w:r>
            <w:r>
              <w:rPr>
                <w:rFonts w:ascii="Calibri" w:hAnsi="Calibri"/>
                <w:b/>
                <w:color w:val="1B5E20"/>
                <w:sz w:val="20"/>
              </w:rPr>
              <w:br/>
              <w:t>"Before I came to faith, my life was characterized by..."</w:t>
            </w:r>
          </w:p>
          <w:p w14:paraId="2C55F48A" w14:textId="77777777" w:rsidR="007142CA" w:rsidRDefault="000E11C8">
            <w:r>
              <w:rPr>
                <w:rFonts w:ascii="Calibri" w:hAnsi="Calibri"/>
                <w:i/>
                <w:color w:val="2C2C2C"/>
                <w:sz w:val="18"/>
              </w:rPr>
              <w:t>(What was your life like? What were you searching for?)</w:t>
            </w:r>
          </w:p>
          <w:p w14:paraId="78931677" w14:textId="77777777" w:rsidR="007142CA" w:rsidRDefault="000E11C8">
            <w:r>
              <w:t>________________________________________________________________________________</w:t>
            </w:r>
          </w:p>
          <w:p w14:paraId="3DD1C63F" w14:textId="77777777" w:rsidR="007142CA" w:rsidRDefault="000E11C8">
            <w:r>
              <w:t>________________________________________________________________________________</w:t>
            </w:r>
          </w:p>
          <w:p w14:paraId="33AF31D5" w14:textId="77777777" w:rsidR="007142CA" w:rsidRDefault="007142CA"/>
        </w:tc>
      </w:tr>
      <w:tr w:rsidR="007142CA" w14:paraId="572F15BD" w14:textId="77777777">
        <w:trPr>
          <w:jc w:val="center"/>
        </w:trPr>
        <w:tc>
          <w:tcPr>
            <w:tcW w:w="9792" w:type="dxa"/>
            <w:tcBorders>
              <w:top w:val="single" w:sz="8" w:space="0" w:color="1B5E20"/>
              <w:left w:val="single" w:sz="8" w:space="0" w:color="1B5E20"/>
              <w:bottom w:val="single" w:sz="8" w:space="0" w:color="1B5E20"/>
              <w:right w:val="single" w:sz="8" w:space="0" w:color="1B5E20"/>
            </w:tcBorders>
            <w:shd w:val="clear" w:color="auto" w:fill="FFFFFF"/>
          </w:tcPr>
          <w:p w14:paraId="1AC15AF9" w14:textId="77777777" w:rsidR="007142CA" w:rsidRDefault="000E11C8">
            <w:r>
              <w:rPr>
                <w:rFonts w:ascii="Calibri" w:hAnsi="Calibri"/>
                <w:b/>
                <w:color w:val="1B5E20"/>
                <w:sz w:val="20"/>
              </w:rPr>
              <w:t>PART 2 — HOW I came to faith:</w:t>
            </w:r>
            <w:r>
              <w:rPr>
                <w:rFonts w:ascii="Calibri" w:hAnsi="Calibri"/>
                <w:b/>
                <w:color w:val="1B5E20"/>
                <w:sz w:val="20"/>
              </w:rPr>
              <w:br/>
              <w:t>"I came to faith in Jesus Christ when..."</w:t>
            </w:r>
          </w:p>
          <w:p w14:paraId="06CBD495" w14:textId="77777777" w:rsidR="007142CA" w:rsidRDefault="000E11C8">
            <w:r>
              <w:rPr>
                <w:rFonts w:ascii="Calibri" w:hAnsi="Calibri"/>
                <w:i/>
                <w:color w:val="2C2C2C"/>
                <w:sz w:val="18"/>
              </w:rPr>
              <w:t>(What specific moment, person, or event brought you to Christ?)</w:t>
            </w:r>
          </w:p>
          <w:p w14:paraId="54A70E9A" w14:textId="77777777" w:rsidR="007142CA" w:rsidRDefault="000E11C8">
            <w:r>
              <w:t>________________________________________________________________________________</w:t>
            </w:r>
          </w:p>
          <w:p w14:paraId="27E805CF" w14:textId="77777777" w:rsidR="007142CA" w:rsidRDefault="000E11C8">
            <w:r>
              <w:t>________________________________________________________________________________</w:t>
            </w:r>
          </w:p>
          <w:p w14:paraId="0B33A434" w14:textId="77777777" w:rsidR="007142CA" w:rsidRDefault="007142CA"/>
        </w:tc>
      </w:tr>
      <w:tr w:rsidR="007142CA" w14:paraId="721D4422" w14:textId="77777777">
        <w:trPr>
          <w:jc w:val="center"/>
        </w:trPr>
        <w:tc>
          <w:tcPr>
            <w:tcW w:w="9792" w:type="dxa"/>
            <w:tcBorders>
              <w:top w:val="single" w:sz="8" w:space="0" w:color="1B5E20"/>
              <w:left w:val="single" w:sz="8" w:space="0" w:color="1B5E20"/>
              <w:bottom w:val="single" w:sz="8" w:space="0" w:color="1B5E20"/>
              <w:right w:val="single" w:sz="8" w:space="0" w:color="1B5E20"/>
            </w:tcBorders>
            <w:shd w:val="clear" w:color="auto" w:fill="E8F5E9"/>
          </w:tcPr>
          <w:p w14:paraId="4461CC00" w14:textId="77777777" w:rsidR="007142CA" w:rsidRDefault="000E11C8">
            <w:r>
              <w:rPr>
                <w:rFonts w:ascii="Calibri" w:hAnsi="Calibri"/>
                <w:b/>
                <w:color w:val="1B5E20"/>
                <w:sz w:val="20"/>
              </w:rPr>
              <w:t>PART 3 — AFTER: The change:</w:t>
            </w:r>
            <w:r>
              <w:rPr>
                <w:rFonts w:ascii="Calibri" w:hAnsi="Calibri"/>
                <w:b/>
                <w:color w:val="1B5E20"/>
                <w:sz w:val="20"/>
              </w:rPr>
              <w:br/>
              <w:t>"Since following Christ, God has..."</w:t>
            </w:r>
          </w:p>
          <w:p w14:paraId="76DBFBC1" w14:textId="77777777" w:rsidR="007142CA" w:rsidRDefault="000E11C8">
            <w:r>
              <w:rPr>
                <w:rFonts w:ascii="Calibri" w:hAnsi="Calibri"/>
                <w:i/>
                <w:color w:val="2C2C2C"/>
                <w:sz w:val="18"/>
              </w:rPr>
              <w:t>(What has changed? What has He done in you?)</w:t>
            </w:r>
          </w:p>
          <w:p w14:paraId="7056208F" w14:textId="77777777" w:rsidR="007142CA" w:rsidRDefault="000E11C8">
            <w:r>
              <w:t>________________________________________________________________________________</w:t>
            </w:r>
          </w:p>
          <w:p w14:paraId="332BFB1F" w14:textId="77777777" w:rsidR="007142CA" w:rsidRDefault="000E11C8">
            <w:r>
              <w:t>________________________________________________________________________________</w:t>
            </w:r>
          </w:p>
          <w:p w14:paraId="394DA0C4" w14:textId="77777777" w:rsidR="007142CA" w:rsidRDefault="007142CA"/>
        </w:tc>
      </w:tr>
    </w:tbl>
    <w:p w14:paraId="67CBD0BF" w14:textId="77777777" w:rsidR="007142CA" w:rsidRDefault="007142CA"/>
    <w:p w14:paraId="11142E18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🗺️  MY ACTS 1:8 WITNESS MAP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</w:tblGrid>
      <w:tr w:rsidR="007142CA" w14:paraId="07A3ADBF" w14:textId="77777777">
        <w:trPr>
          <w:jc w:val="center"/>
        </w:trPr>
        <w:tc>
          <w:tcPr>
            <w:tcW w:w="2448" w:type="dxa"/>
            <w:shd w:val="clear" w:color="auto" w:fill="0D2B55"/>
          </w:tcPr>
          <w:p w14:paraId="4E39081D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JERUSALEM</w:t>
            </w:r>
          </w:p>
        </w:tc>
        <w:tc>
          <w:tcPr>
            <w:tcW w:w="2448" w:type="dxa"/>
            <w:shd w:val="clear" w:color="auto" w:fill="1A6B6B"/>
          </w:tcPr>
          <w:p w14:paraId="7CF91F9E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JUDAEA</w:t>
            </w:r>
          </w:p>
        </w:tc>
        <w:tc>
          <w:tcPr>
            <w:tcW w:w="2448" w:type="dxa"/>
            <w:shd w:val="clear" w:color="auto" w:fill="1B5E20"/>
          </w:tcPr>
          <w:p w14:paraId="7C3EDD7E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SAMARIA</w:t>
            </w:r>
          </w:p>
        </w:tc>
        <w:tc>
          <w:tcPr>
            <w:tcW w:w="2448" w:type="dxa"/>
            <w:shd w:val="clear" w:color="auto" w:fill="8B6F10"/>
          </w:tcPr>
          <w:p w14:paraId="12C41699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UTTERMOST</w:t>
            </w:r>
          </w:p>
        </w:tc>
      </w:tr>
      <w:tr w:rsidR="007142CA" w14:paraId="7222738D" w14:textId="77777777">
        <w:trPr>
          <w:jc w:val="center"/>
        </w:trPr>
        <w:tc>
          <w:tcPr>
            <w:tcW w:w="2448" w:type="dxa"/>
            <w:shd w:val="clear" w:color="auto" w:fill="FDF6E3"/>
          </w:tcPr>
          <w:p w14:paraId="2D4D3AC6" w14:textId="77777777" w:rsidR="007142CA" w:rsidRDefault="000E11C8">
            <w:pPr>
              <w:jc w:val="center"/>
            </w:pPr>
            <w:r>
              <w:rPr>
                <w:rFonts w:ascii="Calibri" w:hAnsi="Calibri"/>
                <w:color w:val="2C2C2C"/>
                <w:sz w:val="18"/>
              </w:rPr>
              <w:t>Home &amp; Nearest</w:t>
            </w:r>
          </w:p>
        </w:tc>
        <w:tc>
          <w:tcPr>
            <w:tcW w:w="2448" w:type="dxa"/>
            <w:shd w:val="clear" w:color="auto" w:fill="FDF6E3"/>
          </w:tcPr>
          <w:p w14:paraId="06D4953A" w14:textId="77777777" w:rsidR="007142CA" w:rsidRDefault="000E11C8">
            <w:pPr>
              <w:jc w:val="center"/>
            </w:pPr>
            <w:r>
              <w:rPr>
                <w:rFonts w:ascii="Calibri" w:hAnsi="Calibri"/>
                <w:color w:val="2C2C2C"/>
                <w:sz w:val="18"/>
              </w:rPr>
              <w:t>Work &amp; City</w:t>
            </w:r>
          </w:p>
        </w:tc>
        <w:tc>
          <w:tcPr>
            <w:tcW w:w="2448" w:type="dxa"/>
            <w:shd w:val="clear" w:color="auto" w:fill="FDF6E3"/>
          </w:tcPr>
          <w:p w14:paraId="246D76A3" w14:textId="77777777" w:rsidR="007142CA" w:rsidRDefault="000E11C8">
            <w:pPr>
              <w:jc w:val="center"/>
            </w:pPr>
            <w:r>
              <w:rPr>
                <w:rFonts w:ascii="Calibri" w:hAnsi="Calibri"/>
                <w:color w:val="2C2C2C"/>
                <w:sz w:val="18"/>
              </w:rPr>
              <w:t>The Uncomfortable</w:t>
            </w:r>
          </w:p>
        </w:tc>
        <w:tc>
          <w:tcPr>
            <w:tcW w:w="2448" w:type="dxa"/>
            <w:shd w:val="clear" w:color="auto" w:fill="FDF6E3"/>
          </w:tcPr>
          <w:p w14:paraId="166D1745" w14:textId="77777777" w:rsidR="007142CA" w:rsidRDefault="000E11C8">
            <w:pPr>
              <w:jc w:val="center"/>
            </w:pPr>
            <w:r>
              <w:rPr>
                <w:rFonts w:ascii="Calibri" w:hAnsi="Calibri"/>
                <w:color w:val="2C2C2C"/>
                <w:sz w:val="18"/>
              </w:rPr>
              <w:t>Global Mission</w:t>
            </w:r>
          </w:p>
        </w:tc>
      </w:tr>
      <w:tr w:rsidR="007142CA" w14:paraId="7F3F3A64" w14:textId="77777777">
        <w:trPr>
          <w:jc w:val="center"/>
        </w:trPr>
        <w:tc>
          <w:tcPr>
            <w:tcW w:w="2448" w:type="dxa"/>
            <w:shd w:val="clear" w:color="auto" w:fill="FFFFFF"/>
          </w:tcPr>
          <w:p w14:paraId="2EB7DEFC" w14:textId="77777777" w:rsidR="007142CA" w:rsidRDefault="000E11C8">
            <w:pPr>
              <w:jc w:val="center"/>
            </w:pPr>
            <w:r>
              <w:rPr>
                <w:rFonts w:ascii="Calibri" w:hAnsi="Calibri"/>
                <w:color w:val="2C2C2C"/>
                <w:sz w:val="18"/>
              </w:rPr>
              <w:t>Name: ___________</w:t>
            </w:r>
          </w:p>
        </w:tc>
        <w:tc>
          <w:tcPr>
            <w:tcW w:w="2448" w:type="dxa"/>
            <w:shd w:val="clear" w:color="auto" w:fill="FFFFFF"/>
          </w:tcPr>
          <w:p w14:paraId="5EF23FA3" w14:textId="77777777" w:rsidR="007142CA" w:rsidRDefault="000E11C8">
            <w:pPr>
              <w:jc w:val="center"/>
            </w:pPr>
            <w:r>
              <w:rPr>
                <w:rFonts w:ascii="Calibri" w:hAnsi="Calibri"/>
                <w:color w:val="2C2C2C"/>
                <w:sz w:val="18"/>
              </w:rPr>
              <w:t>Name: ___________</w:t>
            </w:r>
          </w:p>
        </w:tc>
        <w:tc>
          <w:tcPr>
            <w:tcW w:w="2448" w:type="dxa"/>
            <w:shd w:val="clear" w:color="auto" w:fill="FFFFFF"/>
          </w:tcPr>
          <w:p w14:paraId="0E80451B" w14:textId="77777777" w:rsidR="007142CA" w:rsidRDefault="000E11C8">
            <w:pPr>
              <w:jc w:val="center"/>
            </w:pPr>
            <w:r>
              <w:rPr>
                <w:rFonts w:ascii="Calibri" w:hAnsi="Calibri"/>
                <w:color w:val="2C2C2C"/>
                <w:sz w:val="18"/>
              </w:rPr>
              <w:t>Name: ___________</w:t>
            </w:r>
          </w:p>
        </w:tc>
        <w:tc>
          <w:tcPr>
            <w:tcW w:w="2448" w:type="dxa"/>
            <w:shd w:val="clear" w:color="auto" w:fill="FFFFFF"/>
          </w:tcPr>
          <w:p w14:paraId="69E7DE12" w14:textId="77777777" w:rsidR="007142CA" w:rsidRDefault="000E11C8">
            <w:pPr>
              <w:jc w:val="center"/>
            </w:pPr>
            <w:r>
              <w:rPr>
                <w:rFonts w:ascii="Calibri" w:hAnsi="Calibri"/>
                <w:color w:val="2C2C2C"/>
                <w:sz w:val="18"/>
              </w:rPr>
              <w:t>Name: ___________</w:t>
            </w:r>
          </w:p>
        </w:tc>
      </w:tr>
    </w:tbl>
    <w:p w14:paraId="37B01713" w14:textId="77777777" w:rsidR="007142CA" w:rsidRDefault="007142CA"/>
    <w:p w14:paraId="7ABAC0D1" w14:textId="77777777" w:rsidR="00DF3444" w:rsidRDefault="00DF3444"/>
    <w:p w14:paraId="7971FA68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lastRenderedPageBreak/>
        <w:t xml:space="preserve">  ✏️  MY NOTES — WEEK 7  </w:t>
      </w:r>
    </w:p>
    <w:p w14:paraId="24A06510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3851E543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38D51C00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629FEB9D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2C1EC80B" w14:textId="69841D71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29BCA9D5" w14:textId="77777777">
        <w:trPr>
          <w:jc w:val="center"/>
        </w:trPr>
        <w:tc>
          <w:tcPr>
            <w:tcW w:w="9792" w:type="dxa"/>
            <w:shd w:val="clear" w:color="auto" w:fill="1B5E20"/>
          </w:tcPr>
          <w:p w14:paraId="33ED17F4" w14:textId="5F34955E" w:rsidR="007142CA" w:rsidRDefault="000E11C8" w:rsidP="00470513">
            <w:pPr>
              <w:pStyle w:val="Heading3"/>
            </w:pPr>
            <w:r>
              <w:t xml:space="preserve">  </w:t>
            </w:r>
            <w:bookmarkStart w:id="9" w:name="_Toc224725429"/>
            <w:r w:rsidRPr="00470513">
              <w:rPr>
                <w:color w:val="FFFFFF" w:themeColor="background1"/>
                <w:sz w:val="28"/>
                <w:szCs w:val="28"/>
              </w:rPr>
              <w:t xml:space="preserve">WEEK </w:t>
            </w:r>
            <w:r w:rsidR="00470513" w:rsidRPr="00470513">
              <w:rPr>
                <w:color w:val="FFFFFF" w:themeColor="background1"/>
                <w:sz w:val="28"/>
                <w:szCs w:val="28"/>
              </w:rPr>
              <w:t>8 | THE</w:t>
            </w:r>
            <w:r w:rsidRPr="00470513">
              <w:rPr>
                <w:color w:val="FFFFFF" w:themeColor="background1"/>
                <w:sz w:val="28"/>
                <w:szCs w:val="28"/>
              </w:rPr>
              <w:t xml:space="preserve"> MATURING DISCIPLE</w:t>
            </w:r>
            <w:bookmarkEnd w:id="9"/>
            <w:r w:rsidRPr="00470513">
              <w:rPr>
                <w:color w:val="FFFFFF" w:themeColor="background1"/>
                <w:sz w:val="28"/>
                <w:szCs w:val="28"/>
              </w:rPr>
              <w:t xml:space="preserve">  </w:t>
            </w:r>
          </w:p>
        </w:tc>
      </w:tr>
      <w:tr w:rsidR="007142CA" w14:paraId="431DC7CB" w14:textId="77777777">
        <w:trPr>
          <w:jc w:val="center"/>
        </w:trPr>
        <w:tc>
          <w:tcPr>
            <w:tcW w:w="9792" w:type="dxa"/>
            <w:shd w:val="clear" w:color="auto" w:fill="FDF0D0"/>
          </w:tcPr>
          <w:p w14:paraId="45CC2114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0D2B55"/>
                <w:sz w:val="20"/>
              </w:rPr>
              <w:t>📖  Philippians 3:12–14; Colossians 1:28–29  (KJV)</w:t>
            </w:r>
          </w:p>
        </w:tc>
      </w:tr>
      <w:tr w:rsidR="007142CA" w14:paraId="0DEF95F6" w14:textId="77777777">
        <w:trPr>
          <w:jc w:val="center"/>
        </w:trPr>
        <w:tc>
          <w:tcPr>
            <w:tcW w:w="9792" w:type="dxa"/>
            <w:shd w:val="clear" w:color="auto" w:fill="FDF6E3"/>
          </w:tcPr>
          <w:p w14:paraId="6886942E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 xml:space="preserve">💡  BIG IDEA:  </w:t>
            </w:r>
            <w:r>
              <w:rPr>
                <w:rFonts w:ascii="Calibri" w:hAnsi="Calibri"/>
                <w:color w:val="2C2C2C"/>
              </w:rPr>
              <w:t>Discipleship is not a destination — it is a lifelong, Spirit-powered pursuit of Christlikeness.</w:t>
            </w:r>
          </w:p>
        </w:tc>
      </w:tr>
    </w:tbl>
    <w:p w14:paraId="3B58AB66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70430E4E" w14:textId="77777777">
        <w:trPr>
          <w:jc w:val="center"/>
        </w:trPr>
        <w:tc>
          <w:tcPr>
            <w:tcW w:w="9792" w:type="dxa"/>
            <w:tcBorders>
              <w:top w:val="single" w:sz="12" w:space="0" w:color="0D2B55"/>
              <w:left w:val="single" w:sz="12" w:space="0" w:color="0D2B55"/>
              <w:bottom w:val="single" w:sz="12" w:space="0" w:color="0D2B55"/>
              <w:right w:val="single" w:sz="12" w:space="0" w:color="0D2B55"/>
            </w:tcBorders>
            <w:shd w:val="clear" w:color="auto" w:fill="E8F5E9"/>
          </w:tcPr>
          <w:p w14:paraId="53B44843" w14:textId="77777777" w:rsidR="007142CA" w:rsidRDefault="007142CA"/>
          <w:p w14:paraId="464514DF" w14:textId="77777777" w:rsidR="007142CA" w:rsidRDefault="000E11C8">
            <w:pPr>
              <w:jc w:val="center"/>
            </w:pPr>
            <w:r>
              <w:rPr>
                <w:rFonts w:ascii="Georgia" w:hAnsi="Georgia"/>
                <w:b/>
                <w:i/>
                <w:color w:val="0D2B55"/>
                <w:sz w:val="24"/>
              </w:rPr>
              <w:t>📖  "I press toward the mark for the prize of the high calling of God in Christ Jesus."</w:t>
            </w:r>
          </w:p>
          <w:p w14:paraId="633E8361" w14:textId="77777777" w:rsidR="007142CA" w:rsidRDefault="000E11C8">
            <w:pPr>
              <w:jc w:val="center"/>
            </w:pPr>
            <w:r>
              <w:rPr>
                <w:rFonts w:ascii="Georgia" w:hAnsi="Georgia"/>
                <w:b/>
                <w:color w:val="8B6F10"/>
                <w:sz w:val="20"/>
              </w:rPr>
              <w:t>— Philippians 3:14 (KJV) ✦ MEMORY VERSE</w:t>
            </w:r>
          </w:p>
        </w:tc>
      </w:tr>
    </w:tbl>
    <w:p w14:paraId="5788C005" w14:textId="77777777" w:rsidR="007142CA" w:rsidRDefault="007142CA"/>
    <w:p w14:paraId="343B590F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📖  KEY TRUTHS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6476BA42" w14:textId="77777777">
        <w:trPr>
          <w:jc w:val="center"/>
        </w:trPr>
        <w:tc>
          <w:tcPr>
            <w:tcW w:w="4896" w:type="dxa"/>
            <w:shd w:val="clear" w:color="auto" w:fill="1B5E20"/>
          </w:tcPr>
          <w:p w14:paraId="63D454BC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Phil 3:12</w:t>
            </w:r>
          </w:p>
        </w:tc>
        <w:tc>
          <w:tcPr>
            <w:tcW w:w="4896" w:type="dxa"/>
            <w:shd w:val="clear" w:color="auto" w:fill="FDF6E3"/>
          </w:tcPr>
          <w:p w14:paraId="63C3AAA7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Paul says "Not as though I had already attained." After decades of ministry — still in process. Maturity does not mean arrival.</w:t>
            </w:r>
          </w:p>
        </w:tc>
      </w:tr>
    </w:tbl>
    <w:p w14:paraId="39D45DE7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56FBF8CD" w14:textId="77777777">
        <w:trPr>
          <w:jc w:val="center"/>
        </w:trPr>
        <w:tc>
          <w:tcPr>
            <w:tcW w:w="4896" w:type="dxa"/>
            <w:shd w:val="clear" w:color="auto" w:fill="1B5E20"/>
          </w:tcPr>
          <w:p w14:paraId="23233E49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Phil 3:13</w:t>
            </w:r>
          </w:p>
        </w:tc>
        <w:tc>
          <w:tcPr>
            <w:tcW w:w="4896" w:type="dxa"/>
            <w:shd w:val="clear" w:color="auto" w:fill="FDF6E3"/>
          </w:tcPr>
          <w:p w14:paraId="1A19486B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Two postures: FORGETTING the past (failures, successes, former identities) and REACHING FORWARD.</w:t>
            </w:r>
          </w:p>
        </w:tc>
      </w:tr>
    </w:tbl>
    <w:p w14:paraId="1B84B8B3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1DFF3619" w14:textId="77777777">
        <w:trPr>
          <w:jc w:val="center"/>
        </w:trPr>
        <w:tc>
          <w:tcPr>
            <w:tcW w:w="4896" w:type="dxa"/>
            <w:shd w:val="clear" w:color="auto" w:fill="1B5E20"/>
          </w:tcPr>
          <w:p w14:paraId="4DAE77E7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Phil 3:14</w:t>
            </w:r>
          </w:p>
        </w:tc>
        <w:tc>
          <w:tcPr>
            <w:tcW w:w="4896" w:type="dxa"/>
            <w:shd w:val="clear" w:color="auto" w:fill="FDF6E3"/>
          </w:tcPr>
          <w:p w14:paraId="393AC0B2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The "mark" (skopos) is Christlikeness. The "prize" is the fullness of God's purposes for us.</w:t>
            </w:r>
          </w:p>
        </w:tc>
      </w:tr>
    </w:tbl>
    <w:p w14:paraId="62CB10DB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50228734" w14:textId="77777777">
        <w:trPr>
          <w:jc w:val="center"/>
        </w:trPr>
        <w:tc>
          <w:tcPr>
            <w:tcW w:w="4896" w:type="dxa"/>
            <w:shd w:val="clear" w:color="auto" w:fill="1B5E20"/>
          </w:tcPr>
          <w:p w14:paraId="23528F1B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Col 1:28</w:t>
            </w:r>
          </w:p>
        </w:tc>
        <w:tc>
          <w:tcPr>
            <w:tcW w:w="4896" w:type="dxa"/>
            <w:shd w:val="clear" w:color="auto" w:fill="FDF6E3"/>
          </w:tcPr>
          <w:p w14:paraId="3148C7B7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Paul's goal: present every person "perfect (mature) in Christ." The goal is everyone — not just the gifted few.</w:t>
            </w:r>
          </w:p>
        </w:tc>
      </w:tr>
    </w:tbl>
    <w:p w14:paraId="57A9B9EB" w14:textId="77777777" w:rsidR="007142CA" w:rsidRDefault="007142C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7142CA" w14:paraId="79735DD3" w14:textId="77777777">
        <w:trPr>
          <w:jc w:val="center"/>
        </w:trPr>
        <w:tc>
          <w:tcPr>
            <w:tcW w:w="4896" w:type="dxa"/>
            <w:shd w:val="clear" w:color="auto" w:fill="1B5E20"/>
          </w:tcPr>
          <w:p w14:paraId="254E5905" w14:textId="77777777" w:rsidR="007142CA" w:rsidRDefault="000E11C8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Col 1:29</w:t>
            </w:r>
          </w:p>
        </w:tc>
        <w:tc>
          <w:tcPr>
            <w:tcW w:w="4896" w:type="dxa"/>
            <w:shd w:val="clear" w:color="auto" w:fill="FDF6E3"/>
          </w:tcPr>
          <w:p w14:paraId="49B9D6D4" w14:textId="77777777" w:rsidR="007142CA" w:rsidRDefault="000E11C8">
            <w:r>
              <w:rPr>
                <w:rFonts w:ascii="Calibri" w:hAnsi="Calibri"/>
                <w:color w:val="2C2C2C"/>
                <w:sz w:val="20"/>
              </w:rPr>
              <w:t>Paul works hard — but it is God's power working in him. Discipleship is Spirit-energized, not self-powered.</w:t>
            </w:r>
          </w:p>
        </w:tc>
      </w:tr>
    </w:tbl>
    <w:p w14:paraId="59E36D8C" w14:textId="77777777" w:rsidR="007142CA" w:rsidRDefault="007142CA"/>
    <w:p w14:paraId="04EE847B" w14:textId="77777777" w:rsidR="007142CA" w:rsidRDefault="000E11C8">
      <w:pPr>
        <w:spacing w:before="40" w:after="40"/>
      </w:pPr>
      <w:r>
        <w:rPr>
          <w:color w:val="1B5E20"/>
          <w:sz w:val="1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4D5D1662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💬  DISCUSSION QUESTIONS  </w:t>
      </w:r>
    </w:p>
    <w:p w14:paraId="0730942F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Q1  </w:t>
      </w:r>
      <w:r>
        <w:rPr>
          <w:rFonts w:ascii="Calibri" w:hAnsi="Calibri"/>
          <w:color w:val="2C2C2C"/>
        </w:rPr>
        <w:t>Paul says he is "forgetting those things which are behind" (v. 13). What specific things from your past might be holding you back from pressing forward?</w:t>
      </w:r>
    </w:p>
    <w:p w14:paraId="6DB175BC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Q2  </w:t>
      </w:r>
      <w:r>
        <w:rPr>
          <w:rFonts w:ascii="Calibri" w:hAnsi="Calibri"/>
          <w:color w:val="2C2C2C"/>
        </w:rPr>
        <w:t>Colossians 1:28 says Paul's goal is to present every person mature in Christ. Who are you currently helping to grow as a disciple?</w:t>
      </w:r>
    </w:p>
    <w:p w14:paraId="4BFEA302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Q3  </w:t>
      </w:r>
      <w:r>
        <w:rPr>
          <w:rFonts w:ascii="Calibri" w:hAnsi="Calibri"/>
          <w:color w:val="2C2C2C"/>
        </w:rPr>
        <w:t>Col 1:29 — Paul works, but it is God's power. What does it look like to work hard at discipleship while depending on the Spirit?</w:t>
      </w:r>
    </w:p>
    <w:p w14:paraId="02C06B5B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Q4  </w:t>
      </w:r>
      <w:r>
        <w:rPr>
          <w:rFonts w:ascii="Calibri" w:hAnsi="Calibri"/>
          <w:color w:val="2C2C2C"/>
        </w:rPr>
        <w:t>Hebrews 5:12–14 describes believers who should be teachers but are still on milk. Where are you on the maturity scale?</w:t>
      </w:r>
    </w:p>
    <w:p w14:paraId="2AE33D8E" w14:textId="77777777" w:rsidR="007142CA" w:rsidRDefault="000E11C8">
      <w:pPr>
        <w:spacing w:after="100"/>
        <w:ind w:left="288"/>
      </w:pPr>
      <w:r>
        <w:rPr>
          <w:rFonts w:ascii="Calibri" w:hAnsi="Calibri"/>
          <w:b/>
          <w:color w:val="8B6F10"/>
        </w:rPr>
        <w:t xml:space="preserve">Q5  </w:t>
      </w:r>
      <w:r>
        <w:rPr>
          <w:rFonts w:ascii="Calibri" w:hAnsi="Calibri"/>
          <w:color w:val="2C2C2C"/>
        </w:rPr>
        <w:t>What is your ONE commitment from Discipleship 2026 that will define your discipleship going forward?</w:t>
      </w:r>
    </w:p>
    <w:p w14:paraId="6ABD2C9B" w14:textId="77777777" w:rsidR="007142CA" w:rsidRDefault="000E11C8">
      <w:pPr>
        <w:spacing w:before="40" w:after="40"/>
      </w:pPr>
      <w:r>
        <w:rPr>
          <w:color w:val="1B5E20"/>
          <w:sz w:val="1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766513BE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🌱  REFLECTION &amp; COMMITMENT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34CAFD37" w14:textId="77777777">
        <w:trPr>
          <w:jc w:val="center"/>
        </w:trPr>
        <w:tc>
          <w:tcPr>
            <w:tcW w:w="9792" w:type="dxa"/>
            <w:tcBorders>
              <w:left w:val="single" w:sz="20" w:space="0" w:color="1B5E20"/>
            </w:tcBorders>
            <w:shd w:val="clear" w:color="auto" w:fill="E8F5E9"/>
          </w:tcPr>
          <w:p w14:paraId="1EB34D45" w14:textId="77777777" w:rsidR="007142CA" w:rsidRDefault="007142CA"/>
          <w:p w14:paraId="5FA8239C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>🪞  Reflection:</w:t>
            </w:r>
          </w:p>
          <w:p w14:paraId="506B05D1" w14:textId="77777777" w:rsidR="007142CA" w:rsidRDefault="000E11C8">
            <w:r>
              <w:rPr>
                <w:rFonts w:ascii="Calibri" w:hAnsi="Calibri"/>
                <w:color w:val="2C2C2C"/>
              </w:rPr>
              <w:t>"As I complete Discipleship 2026, the most significant shift in my understanding of following Jesus is..."</w:t>
            </w:r>
          </w:p>
        </w:tc>
      </w:tr>
    </w:tbl>
    <w:p w14:paraId="6A60FC19" w14:textId="77777777" w:rsidR="007142CA" w:rsidRDefault="007142CA"/>
    <w:p w14:paraId="25B4321C" w14:textId="77777777" w:rsidR="007142CA" w:rsidRDefault="000E11C8">
      <w:pPr>
        <w:spacing w:after="60"/>
        <w:ind w:left="432"/>
      </w:pPr>
      <w:r>
        <w:rPr>
          <w:rFonts w:ascii="Calibri" w:hAnsi="Calibri"/>
          <w:color w:val="2C2C2C"/>
        </w:rPr>
        <w:t>My Commitment this week:</w:t>
      </w:r>
    </w:p>
    <w:p w14:paraId="0CF32CA6" w14:textId="77777777" w:rsidR="007142CA" w:rsidRDefault="000E11C8">
      <w:pPr>
        <w:spacing w:after="60"/>
        <w:ind w:left="432"/>
      </w:pPr>
      <w:r>
        <w:rPr>
          <w:rFonts w:ascii="Calibri" w:hAnsi="Calibri"/>
          <w:color w:val="1B5E20"/>
        </w:rPr>
        <w:t>"Because Jesus called me, I commit to __________ as my next step of lifelong discipleship."</w:t>
      </w:r>
    </w:p>
    <w:p w14:paraId="680492ED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128577E6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25557851" w14:textId="77777777" w:rsidR="007142CA" w:rsidRDefault="000E11C8">
      <w:pPr>
        <w:spacing w:before="40" w:after="40"/>
      </w:pPr>
      <w:r>
        <w:rPr>
          <w:color w:val="1B5E20"/>
          <w:sz w:val="1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5AF57305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🏠  AT-HOME PRACTICE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07410F96" w14:textId="77777777">
        <w:trPr>
          <w:jc w:val="center"/>
        </w:trPr>
        <w:tc>
          <w:tcPr>
            <w:tcW w:w="9792" w:type="dxa"/>
            <w:tcBorders>
              <w:left w:val="single" w:sz="20" w:space="0" w:color="1B5E20"/>
            </w:tcBorders>
            <w:shd w:val="clear" w:color="auto" w:fill="E8F5E9"/>
          </w:tcPr>
          <w:p w14:paraId="154A7E7B" w14:textId="77777777" w:rsidR="007142CA" w:rsidRDefault="007142CA"/>
          <w:p w14:paraId="65E2EB3B" w14:textId="77777777" w:rsidR="007142CA" w:rsidRDefault="000E11C8">
            <w:r>
              <w:rPr>
                <w:rFonts w:ascii="Calibri" w:hAnsi="Calibri"/>
                <w:b/>
                <w:color w:val="8B6F10"/>
              </w:rPr>
              <w:t>✍️  Journal Prompt:</w:t>
            </w:r>
          </w:p>
          <w:p w14:paraId="4D671943" w14:textId="77777777" w:rsidR="007142CA" w:rsidRDefault="000E11C8">
            <w:r>
              <w:rPr>
                <w:rFonts w:ascii="Calibri" w:hAnsi="Calibri"/>
                <w:color w:val="2C2C2C"/>
              </w:rPr>
              <w:t xml:space="preserve">"Write a letter to someone who is exactly where you were spiritually before Discipleship 2026 began. </w:t>
            </w:r>
            <w:r>
              <w:rPr>
                <w:rFonts w:ascii="Calibri" w:hAnsi="Calibri"/>
                <w:color w:val="2C2C2C"/>
              </w:rPr>
              <w:lastRenderedPageBreak/>
              <w:t>What would you tell them?"</w:t>
            </w:r>
          </w:p>
        </w:tc>
      </w:tr>
    </w:tbl>
    <w:p w14:paraId="65FFA4B6" w14:textId="77777777" w:rsidR="007142CA" w:rsidRPr="00DF3444" w:rsidRDefault="007142CA">
      <w:pPr>
        <w:rPr>
          <w:sz w:val="16"/>
          <w:szCs w:val="16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6634919D" w14:textId="77777777">
        <w:trPr>
          <w:jc w:val="center"/>
        </w:trPr>
        <w:tc>
          <w:tcPr>
            <w:tcW w:w="9792" w:type="dxa"/>
            <w:tcBorders>
              <w:left w:val="single" w:sz="20" w:space="0" w:color="1B5E20"/>
            </w:tcBorders>
            <w:shd w:val="clear" w:color="auto" w:fill="E8F5E9"/>
          </w:tcPr>
          <w:p w14:paraId="1B5ED54D" w14:textId="77777777" w:rsidR="007142CA" w:rsidRDefault="007142CA"/>
          <w:p w14:paraId="2029B621" w14:textId="77777777" w:rsidR="007142CA" w:rsidRDefault="000E11C8">
            <w:proofErr w:type="gramStart"/>
            <w:r>
              <w:rPr>
                <w:rFonts w:ascii="Calibri" w:hAnsi="Calibri"/>
                <w:b/>
                <w:color w:val="8B6F10"/>
              </w:rPr>
              <w:t>🎯  Action</w:t>
            </w:r>
            <w:proofErr w:type="gramEnd"/>
            <w:r>
              <w:rPr>
                <w:rFonts w:ascii="Calibri" w:hAnsi="Calibri"/>
                <w:b/>
                <w:color w:val="8B6F10"/>
              </w:rPr>
              <w:t xml:space="preserve"> Step:</w:t>
            </w:r>
          </w:p>
          <w:p w14:paraId="7B3CCA94" w14:textId="77777777" w:rsidR="007142CA" w:rsidRDefault="000E11C8">
            <w:r>
              <w:rPr>
                <w:rFonts w:ascii="Calibri" w:hAnsi="Calibri"/>
                <w:color w:val="2C2C2C"/>
              </w:rPr>
              <w:t>Invite one person — a family member, friend, or new believer — to do Discipleship 2026 with you as their guide. Disciples make disciples.</w:t>
            </w:r>
          </w:p>
        </w:tc>
      </w:tr>
    </w:tbl>
    <w:p w14:paraId="09C32C00" w14:textId="77777777" w:rsidR="007142CA" w:rsidRPr="00DF3444" w:rsidRDefault="007142CA">
      <w:pPr>
        <w:rPr>
          <w:sz w:val="16"/>
          <w:szCs w:val="16"/>
        </w:rPr>
      </w:pPr>
    </w:p>
    <w:p w14:paraId="1F7BA80F" w14:textId="77777777" w:rsidR="007142CA" w:rsidRDefault="000E11C8">
      <w:pPr>
        <w:shd w:val="clear" w:color="auto" w:fill="1B5E20"/>
        <w:spacing w:before="80" w:after="80"/>
        <w:jc w:val="center"/>
      </w:pPr>
      <w:r>
        <w:rPr>
          <w:rFonts w:ascii="Georgia" w:hAnsi="Georgia"/>
          <w:b/>
          <w:color w:val="FFFFFF"/>
        </w:rPr>
        <w:t xml:space="preserve">  ✏</w:t>
      </w:r>
      <w:proofErr w:type="gramStart"/>
      <w:r>
        <w:rPr>
          <w:rFonts w:ascii="Georgia" w:hAnsi="Georgia"/>
          <w:b/>
          <w:color w:val="FFFFFF"/>
        </w:rPr>
        <w:t>️  MY</w:t>
      </w:r>
      <w:proofErr w:type="gramEnd"/>
      <w:r>
        <w:rPr>
          <w:rFonts w:ascii="Georgia" w:hAnsi="Georgia"/>
          <w:b/>
          <w:color w:val="FFFFFF"/>
        </w:rPr>
        <w:t xml:space="preserve"> NOTES  </w:t>
      </w:r>
    </w:p>
    <w:p w14:paraId="65EB19CB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0749727E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27B9F4E9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23F55DC5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171B2137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06D5FBDF" w14:textId="77777777" w:rsidR="007142CA" w:rsidRDefault="000E11C8">
      <w:pPr>
        <w:spacing w:after="120"/>
      </w:pPr>
      <w:r>
        <w:t>____________________________________________________________________________________________</w:t>
      </w:r>
    </w:p>
    <w:p w14:paraId="5A2C5906" w14:textId="79B29718" w:rsidR="007142CA" w:rsidRDefault="000E11C8">
      <w:pPr>
        <w:shd w:val="clear" w:color="auto" w:fill="1B5E20"/>
        <w:spacing w:before="80" w:after="80"/>
        <w:jc w:val="center"/>
      </w:pPr>
      <w:bookmarkStart w:id="10" w:name="_Toc224725430"/>
      <w:r w:rsidRPr="002875E3">
        <w:rPr>
          <w:rStyle w:val="Heading2Char"/>
        </w:rPr>
        <w:t>MY PERSONAL DISCIPLESHIP PLAN — DISCIPLESHIP 2026</w:t>
      </w:r>
      <w:bookmarkEnd w:id="10"/>
      <w:r w:rsidRPr="002875E3">
        <w:rPr>
          <w:rStyle w:val="Heading2Char"/>
        </w:rPr>
        <w:t xml:space="preserve">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7142CA" w14:paraId="6B83A657" w14:textId="77777777">
        <w:trPr>
          <w:jc w:val="center"/>
        </w:trPr>
        <w:tc>
          <w:tcPr>
            <w:tcW w:w="9792" w:type="dxa"/>
            <w:tcBorders>
              <w:top w:val="single" w:sz="8" w:space="0" w:color="1B5E20"/>
              <w:left w:val="single" w:sz="8" w:space="0" w:color="1B5E20"/>
              <w:bottom w:val="single" w:sz="8" w:space="0" w:color="1B5E20"/>
              <w:right w:val="single" w:sz="8" w:space="0" w:color="1B5E20"/>
            </w:tcBorders>
            <w:shd w:val="clear" w:color="auto" w:fill="E8F5E9"/>
          </w:tcPr>
          <w:p w14:paraId="7260322A" w14:textId="77777777" w:rsidR="007142CA" w:rsidRDefault="000E11C8">
            <w:r>
              <w:rPr>
                <w:rFonts w:ascii="Calibri" w:hAnsi="Calibri"/>
                <w:color w:val="2C2C2C"/>
              </w:rPr>
              <w:t>1. My current spiritual growth focus (what I am working on): ___________________________________</w:t>
            </w:r>
          </w:p>
          <w:p w14:paraId="6F71602E" w14:textId="77777777" w:rsidR="007142CA" w:rsidRDefault="007142CA"/>
        </w:tc>
      </w:tr>
      <w:tr w:rsidR="007142CA" w14:paraId="531E5B34" w14:textId="77777777">
        <w:trPr>
          <w:jc w:val="center"/>
        </w:trPr>
        <w:tc>
          <w:tcPr>
            <w:tcW w:w="9792" w:type="dxa"/>
            <w:tcBorders>
              <w:top w:val="single" w:sz="8" w:space="0" w:color="1B5E20"/>
              <w:left w:val="single" w:sz="8" w:space="0" w:color="1B5E20"/>
              <w:bottom w:val="single" w:sz="8" w:space="0" w:color="1B5E20"/>
              <w:right w:val="single" w:sz="8" w:space="0" w:color="1B5E20"/>
            </w:tcBorders>
            <w:shd w:val="clear" w:color="auto" w:fill="FFFFFF"/>
          </w:tcPr>
          <w:p w14:paraId="34914B85" w14:textId="77777777" w:rsidR="007142CA" w:rsidRDefault="000E11C8">
            <w:r>
              <w:rPr>
                <w:rFonts w:ascii="Calibri" w:hAnsi="Calibri"/>
                <w:color w:val="2C2C2C"/>
              </w:rPr>
              <w:t>2. My daily Bible reading plan: ___________________________________</w:t>
            </w:r>
          </w:p>
          <w:p w14:paraId="450B0728" w14:textId="77777777" w:rsidR="007142CA" w:rsidRDefault="007142CA"/>
        </w:tc>
      </w:tr>
      <w:tr w:rsidR="007142CA" w14:paraId="27363E5B" w14:textId="77777777">
        <w:trPr>
          <w:jc w:val="center"/>
        </w:trPr>
        <w:tc>
          <w:tcPr>
            <w:tcW w:w="9792" w:type="dxa"/>
            <w:tcBorders>
              <w:top w:val="single" w:sz="8" w:space="0" w:color="1B5E20"/>
              <w:left w:val="single" w:sz="8" w:space="0" w:color="1B5E20"/>
              <w:bottom w:val="single" w:sz="8" w:space="0" w:color="1B5E20"/>
              <w:right w:val="single" w:sz="8" w:space="0" w:color="1B5E20"/>
            </w:tcBorders>
            <w:shd w:val="clear" w:color="auto" w:fill="E8F5E9"/>
          </w:tcPr>
          <w:p w14:paraId="4E9DB348" w14:textId="77777777" w:rsidR="007142CA" w:rsidRDefault="000E11C8">
            <w:r>
              <w:rPr>
                <w:rFonts w:ascii="Calibri" w:hAnsi="Calibri"/>
                <w:color w:val="2C2C2C"/>
              </w:rPr>
              <w:t>3. My daily prayer structure and time: ___________________________________</w:t>
            </w:r>
          </w:p>
          <w:p w14:paraId="12F39F62" w14:textId="77777777" w:rsidR="007142CA" w:rsidRDefault="007142CA"/>
        </w:tc>
      </w:tr>
      <w:tr w:rsidR="007142CA" w14:paraId="670D1BAF" w14:textId="77777777">
        <w:trPr>
          <w:jc w:val="center"/>
        </w:trPr>
        <w:tc>
          <w:tcPr>
            <w:tcW w:w="9792" w:type="dxa"/>
            <w:tcBorders>
              <w:top w:val="single" w:sz="8" w:space="0" w:color="1B5E20"/>
              <w:left w:val="single" w:sz="8" w:space="0" w:color="1B5E20"/>
              <w:bottom w:val="single" w:sz="8" w:space="0" w:color="1B5E20"/>
              <w:right w:val="single" w:sz="8" w:space="0" w:color="1B5E20"/>
            </w:tcBorders>
            <w:shd w:val="clear" w:color="auto" w:fill="FFFFFF"/>
          </w:tcPr>
          <w:p w14:paraId="6702F509" w14:textId="77777777" w:rsidR="007142CA" w:rsidRDefault="000E11C8">
            <w:r>
              <w:rPr>
                <w:rFonts w:ascii="Calibri" w:hAnsi="Calibri"/>
                <w:color w:val="2C2C2C"/>
              </w:rPr>
              <w:t>4. My three witness names (Acts 1:8): _________________, _________________, _________________</w:t>
            </w:r>
          </w:p>
          <w:p w14:paraId="777F3B26" w14:textId="77777777" w:rsidR="007142CA" w:rsidRDefault="007142CA"/>
        </w:tc>
      </w:tr>
      <w:tr w:rsidR="007142CA" w14:paraId="7DB43264" w14:textId="77777777">
        <w:trPr>
          <w:jc w:val="center"/>
        </w:trPr>
        <w:tc>
          <w:tcPr>
            <w:tcW w:w="9792" w:type="dxa"/>
            <w:tcBorders>
              <w:top w:val="single" w:sz="8" w:space="0" w:color="1B5E20"/>
              <w:left w:val="single" w:sz="8" w:space="0" w:color="1B5E20"/>
              <w:bottom w:val="single" w:sz="8" w:space="0" w:color="1B5E20"/>
              <w:right w:val="single" w:sz="8" w:space="0" w:color="1B5E20"/>
            </w:tcBorders>
            <w:shd w:val="clear" w:color="auto" w:fill="E8F5E9"/>
          </w:tcPr>
          <w:p w14:paraId="7CEC0494" w14:textId="77777777" w:rsidR="007142CA" w:rsidRDefault="000E11C8">
            <w:r>
              <w:rPr>
                <w:rFonts w:ascii="Calibri" w:hAnsi="Calibri"/>
                <w:color w:val="2C2C2C"/>
              </w:rPr>
              <w:t>5. My accountability partner: ___________________________________</w:t>
            </w:r>
          </w:p>
          <w:p w14:paraId="05789336" w14:textId="77777777" w:rsidR="007142CA" w:rsidRDefault="007142CA"/>
        </w:tc>
      </w:tr>
      <w:tr w:rsidR="007142CA" w14:paraId="08D3F6A0" w14:textId="77777777">
        <w:trPr>
          <w:jc w:val="center"/>
        </w:trPr>
        <w:tc>
          <w:tcPr>
            <w:tcW w:w="9792" w:type="dxa"/>
            <w:tcBorders>
              <w:top w:val="single" w:sz="8" w:space="0" w:color="1B5E20"/>
              <w:left w:val="single" w:sz="8" w:space="0" w:color="1B5E20"/>
              <w:bottom w:val="single" w:sz="8" w:space="0" w:color="1B5E20"/>
              <w:right w:val="single" w:sz="8" w:space="0" w:color="1B5E20"/>
            </w:tcBorders>
            <w:shd w:val="clear" w:color="auto" w:fill="FFFFFF"/>
          </w:tcPr>
          <w:p w14:paraId="04FE13E1" w14:textId="77777777" w:rsidR="007142CA" w:rsidRDefault="000E11C8">
            <w:r>
              <w:rPr>
                <w:rFonts w:ascii="Calibri" w:hAnsi="Calibri"/>
                <w:color w:val="2C2C2C"/>
              </w:rPr>
              <w:t>6. One person I will invest in as a disciple: ___________________________________</w:t>
            </w:r>
          </w:p>
          <w:p w14:paraId="224D416F" w14:textId="77777777" w:rsidR="007142CA" w:rsidRDefault="007142CA"/>
        </w:tc>
      </w:tr>
      <w:tr w:rsidR="007142CA" w14:paraId="7B2C1BF1" w14:textId="77777777">
        <w:trPr>
          <w:jc w:val="center"/>
        </w:trPr>
        <w:tc>
          <w:tcPr>
            <w:tcW w:w="9792" w:type="dxa"/>
            <w:tcBorders>
              <w:top w:val="single" w:sz="8" w:space="0" w:color="1B5E20"/>
              <w:left w:val="single" w:sz="8" w:space="0" w:color="1B5E20"/>
              <w:bottom w:val="single" w:sz="8" w:space="0" w:color="1B5E20"/>
              <w:right w:val="single" w:sz="8" w:space="0" w:color="1B5E20"/>
            </w:tcBorders>
            <w:shd w:val="clear" w:color="auto" w:fill="E8F5E9"/>
          </w:tcPr>
          <w:p w14:paraId="46A90D8C" w14:textId="77777777" w:rsidR="007142CA" w:rsidRDefault="000E11C8">
            <w:r>
              <w:rPr>
                <w:rFonts w:ascii="Calibri" w:hAnsi="Calibri"/>
                <w:color w:val="2C2C2C"/>
              </w:rPr>
              <w:t>7. My discipleship commitment sentence: "Because Jesus called me, I will..."</w:t>
            </w:r>
          </w:p>
          <w:p w14:paraId="5E79A141" w14:textId="77777777" w:rsidR="007142CA" w:rsidRDefault="007142CA"/>
        </w:tc>
      </w:tr>
    </w:tbl>
    <w:p w14:paraId="6638EAE1" w14:textId="77777777" w:rsidR="007142CA" w:rsidRPr="00DF3444" w:rsidRDefault="007142CA">
      <w:pPr>
        <w:rPr>
          <w:sz w:val="16"/>
          <w:szCs w:val="16"/>
        </w:rPr>
      </w:pPr>
    </w:p>
    <w:p w14:paraId="30979D2B" w14:textId="77777777" w:rsidR="007142CA" w:rsidRDefault="000E11C8">
      <w:pPr>
        <w:shd w:val="clear" w:color="auto" w:fill="0D2B55"/>
        <w:jc w:val="center"/>
      </w:pPr>
      <w:r>
        <w:rPr>
          <w:rFonts w:ascii="Georgia" w:hAnsi="Georgia"/>
          <w:i/>
          <w:color w:val="C9A227"/>
        </w:rPr>
        <w:t xml:space="preserve">  "I press toward the mark for the prize of the high calling of God in Christ Jesus." — Philippians 3:14 (KJV)  </w:t>
      </w:r>
    </w:p>
    <w:p w14:paraId="076CA216" w14:textId="390FBB15" w:rsidR="007142CA" w:rsidRDefault="000E11C8">
      <w:pPr>
        <w:shd w:val="clear" w:color="auto" w:fill="C9A227"/>
        <w:jc w:val="center"/>
      </w:pPr>
      <w:r>
        <w:rPr>
          <w:rFonts w:ascii="Georgia" w:hAnsi="Georgia"/>
          <w:b/>
          <w:color w:val="FFFFFF"/>
          <w:sz w:val="24"/>
        </w:rPr>
        <w:t xml:space="preserve">  </w:t>
      </w:r>
      <w:r w:rsidR="006658F7">
        <w:rPr>
          <w:rFonts w:ascii="Segoe UI Symbol" w:hAnsi="Segoe UI Symbol" w:cs="Segoe UI Symbol"/>
          <w:b/>
          <w:color w:val="FFFFFF"/>
          <w:sz w:val="24"/>
        </w:rPr>
        <w:t>✦</w:t>
      </w:r>
      <w:r w:rsidR="006658F7">
        <w:rPr>
          <w:rFonts w:ascii="Georgia" w:hAnsi="Georgia"/>
          <w:b/>
          <w:color w:val="FFFFFF"/>
          <w:sz w:val="24"/>
        </w:rPr>
        <w:t xml:space="preserve"> DISCIPLESHIP</w:t>
      </w:r>
      <w:r>
        <w:rPr>
          <w:rFonts w:ascii="Georgia" w:hAnsi="Georgia"/>
          <w:b/>
          <w:color w:val="FFFFFF"/>
          <w:sz w:val="24"/>
        </w:rPr>
        <w:t xml:space="preserve"> 2026 — YOU ARE A SENT ONE. GO AND MAKE DISCIPLES.  ✦  </w:t>
      </w:r>
    </w:p>
    <w:sectPr w:rsidR="007142CA" w:rsidSect="00034616">
      <w:headerReference w:type="default" r:id="rId8"/>
      <w:footerReference w:type="default" r:id="rId9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80819" w14:textId="77777777" w:rsidR="0075107A" w:rsidRDefault="0075107A" w:rsidP="00F62840">
      <w:pPr>
        <w:spacing w:after="0" w:line="240" w:lineRule="auto"/>
      </w:pPr>
      <w:r>
        <w:separator/>
      </w:r>
    </w:p>
  </w:endnote>
  <w:endnote w:type="continuationSeparator" w:id="0">
    <w:p w14:paraId="49E41D30" w14:textId="77777777" w:rsidR="0075107A" w:rsidRDefault="0075107A" w:rsidP="00F62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958154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1926FEB" w14:textId="0AE12F92" w:rsidR="00F62840" w:rsidRDefault="00F62840" w:rsidP="00F62840">
            <w:pPr>
              <w:pStyle w:val="Footer"/>
              <w:pBdr>
                <w:top w:val="single" w:sz="4" w:space="1" w:color="auto"/>
              </w:pBdr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6755925" w14:textId="77777777" w:rsidR="00F62840" w:rsidRDefault="00F628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C2A39" w14:textId="77777777" w:rsidR="0075107A" w:rsidRDefault="0075107A" w:rsidP="00F62840">
      <w:pPr>
        <w:spacing w:after="0" w:line="240" w:lineRule="auto"/>
      </w:pPr>
      <w:r>
        <w:separator/>
      </w:r>
    </w:p>
  </w:footnote>
  <w:footnote w:type="continuationSeparator" w:id="0">
    <w:p w14:paraId="2A34D308" w14:textId="77777777" w:rsidR="0075107A" w:rsidRDefault="0075107A" w:rsidP="00F62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A3F9E" w14:textId="6BE9825D" w:rsidR="00782593" w:rsidRDefault="00F62840" w:rsidP="00782593">
    <w:pPr>
      <w:spacing w:before="120" w:after="60"/>
      <w:jc w:val="center"/>
    </w:pPr>
    <w:r>
      <w:rPr>
        <w:noProof/>
      </w:rPr>
      <w:drawing>
        <wp:inline distT="0" distB="0" distL="0" distR="0" wp14:anchorId="0CE80D11" wp14:editId="70386D91">
          <wp:extent cx="1557940" cy="481013"/>
          <wp:effectExtent l="0" t="0" r="0" b="0"/>
          <wp:docPr id="1696743300" name="Picture 1" descr="FRIENSHIP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6743300" name="Picture 1" descr="FRIENSHIP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1564" cy="4883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82593" w:rsidRPr="00782593">
      <w:rPr>
        <w:rFonts w:ascii="Georgia" w:hAnsi="Georgia"/>
        <w:b/>
        <w:color w:val="0D2B55"/>
        <w:sz w:val="48"/>
      </w:rPr>
      <w:t xml:space="preserve"> </w:t>
    </w:r>
    <w:r w:rsidR="00782593" w:rsidRPr="00782593">
      <w:rPr>
        <w:rFonts w:ascii="Georgia" w:hAnsi="Georgia"/>
        <w:b/>
        <w:color w:val="0D2B55"/>
        <w:sz w:val="40"/>
        <w:szCs w:val="18"/>
      </w:rPr>
      <w:t>RFBC DISCIPLESHIP 2026</w:t>
    </w:r>
  </w:p>
  <w:p w14:paraId="63D307D3" w14:textId="72C78941" w:rsidR="00F62840" w:rsidRDefault="00F62840" w:rsidP="00782593">
    <w:pPr>
      <w:pStyle w:val="Header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7572591">
    <w:abstractNumId w:val="8"/>
  </w:num>
  <w:num w:numId="2" w16cid:durableId="373818156">
    <w:abstractNumId w:val="6"/>
  </w:num>
  <w:num w:numId="3" w16cid:durableId="2120099239">
    <w:abstractNumId w:val="5"/>
  </w:num>
  <w:num w:numId="4" w16cid:durableId="2107312243">
    <w:abstractNumId w:val="4"/>
  </w:num>
  <w:num w:numId="5" w16cid:durableId="139662255">
    <w:abstractNumId w:val="7"/>
  </w:num>
  <w:num w:numId="6" w16cid:durableId="1418939371">
    <w:abstractNumId w:val="3"/>
  </w:num>
  <w:num w:numId="7" w16cid:durableId="1653172889">
    <w:abstractNumId w:val="2"/>
  </w:num>
  <w:num w:numId="8" w16cid:durableId="1491599518">
    <w:abstractNumId w:val="1"/>
  </w:num>
  <w:num w:numId="9" w16cid:durableId="136598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7DC1"/>
    <w:rsid w:val="000E11C8"/>
    <w:rsid w:val="000E67A9"/>
    <w:rsid w:val="001315E8"/>
    <w:rsid w:val="0015074B"/>
    <w:rsid w:val="002875E3"/>
    <w:rsid w:val="0029639D"/>
    <w:rsid w:val="002C6033"/>
    <w:rsid w:val="00326F90"/>
    <w:rsid w:val="00377487"/>
    <w:rsid w:val="00404EDF"/>
    <w:rsid w:val="00470513"/>
    <w:rsid w:val="0047432F"/>
    <w:rsid w:val="004774B3"/>
    <w:rsid w:val="00522957"/>
    <w:rsid w:val="006658F7"/>
    <w:rsid w:val="007142CA"/>
    <w:rsid w:val="007163B2"/>
    <w:rsid w:val="0075107A"/>
    <w:rsid w:val="00782593"/>
    <w:rsid w:val="00842ACB"/>
    <w:rsid w:val="0089120E"/>
    <w:rsid w:val="008B7BFD"/>
    <w:rsid w:val="008E4B6C"/>
    <w:rsid w:val="00964FB7"/>
    <w:rsid w:val="00975B46"/>
    <w:rsid w:val="00A1643C"/>
    <w:rsid w:val="00A9194C"/>
    <w:rsid w:val="00AA1D8D"/>
    <w:rsid w:val="00B47730"/>
    <w:rsid w:val="00BD7B56"/>
    <w:rsid w:val="00CB0664"/>
    <w:rsid w:val="00CF2E47"/>
    <w:rsid w:val="00DF13ED"/>
    <w:rsid w:val="00DF3444"/>
    <w:rsid w:val="00EA2AF6"/>
    <w:rsid w:val="00EC0653"/>
    <w:rsid w:val="00F62840"/>
    <w:rsid w:val="00F750D6"/>
    <w:rsid w:val="00FB052C"/>
    <w:rsid w:val="00FB7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75BE0BFB-7A89-4028-9CE0-B6E2A4C33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2">
    <w:name w:val="toc 2"/>
    <w:basedOn w:val="Normal"/>
    <w:next w:val="Normal"/>
    <w:autoRedefine/>
    <w:uiPriority w:val="39"/>
    <w:unhideWhenUsed/>
    <w:rsid w:val="00F750D6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F750D6"/>
    <w:rPr>
      <w:color w:val="0000FF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377487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25</Pages>
  <Words>4198</Words>
  <Characters>30862</Characters>
  <Application>Microsoft Office Word</Application>
  <DocSecurity>0</DocSecurity>
  <Lines>907</Lines>
  <Paragraphs>637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34423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Erick McKinley</cp:lastModifiedBy>
  <cp:revision>31</cp:revision>
  <dcterms:created xsi:type="dcterms:W3CDTF">2013-12-23T23:15:00Z</dcterms:created>
  <dcterms:modified xsi:type="dcterms:W3CDTF">2026-04-09T00:40:00Z</dcterms:modified>
  <cp:category/>
</cp:coreProperties>
</file>