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76917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4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6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7691718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_27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