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jc w:val="center"/>
        <w:rPr/>
      </w:pPr>
      <w:r w:rsidDel="00000000" w:rsidR="00000000" w:rsidRPr="00000000">
        <w:rPr>
          <w:rFonts w:ascii="Play" w:cs="Play" w:eastAsia="Play" w:hAnsi="Play"/>
          <w:b w:val="1"/>
          <w:bCs w:val="1"/>
          <w:sz w:val="34"/>
          <w:szCs w:val="34"/>
          <w:rtl w:val="0"/>
        </w:rPr>
        <w:t xml:space="preserve">MINISTRY DIRECTOR</w:t>
      </w:r>
      <w:r w:rsidDel="00000000" w:rsidR="00000000" w:rsidRPr="00000000">
        <w:rPr>
          <w:rtl w:val="0"/>
        </w:rPr>
      </w:r>
    </w:p>
    <w:p w:rsidR="00000000" w:rsidDel="00000000" w:rsidP="00000000" w:rsidRDefault="00000000" w:rsidRPr="00000000" w14:paraId="00000002">
      <w:pPr>
        <w:spacing w:after="100" w:lineRule="auto"/>
        <w:jc w:val="center"/>
        <w:rPr/>
      </w:pPr>
      <w:r w:rsidDel="00000000" w:rsidR="00000000" w:rsidRPr="00000000">
        <w:rPr>
          <w:b w:val="1"/>
          <w:bCs w:val="1"/>
          <w:sz w:val="24"/>
          <w:szCs w:val="24"/>
          <w:rtl w:val="0"/>
        </w:rPr>
        <w:t xml:space="preserve">Youth &amp; Young Adults</w:t>
      </w:r>
      <w:r w:rsidDel="00000000" w:rsidR="00000000" w:rsidRPr="00000000">
        <w:rPr>
          <w:rtl w:val="0"/>
        </w:rPr>
      </w:r>
    </w:p>
    <w:p w:rsidR="00000000" w:rsidDel="00000000" w:rsidP="00000000" w:rsidRDefault="00000000" w:rsidRPr="00000000" w14:paraId="00000003">
      <w:pPr>
        <w:spacing w:after="140" w:lineRule="auto"/>
        <w:jc w:val="center"/>
        <w:rPr/>
      </w:pPr>
      <w:r w:rsidDel="00000000" w:rsidR="00000000" w:rsidRPr="00000000">
        <w:rPr>
          <w:i w:val="1"/>
          <w:iCs w:val="1"/>
          <w:sz w:val="18"/>
          <w:szCs w:val="18"/>
          <w:rtl w:val="0"/>
        </w:rPr>
        <w:t xml:space="preserve">Ephrata Bible Fellowship Church | Ephrata, Pennsylvania | Full-Time, Salaried</w:t>
      </w:r>
      <w:r w:rsidDel="00000000" w:rsidR="00000000" w:rsidRPr="00000000">
        <w:rPr>
          <w:rtl w:val="0"/>
        </w:rPr>
      </w:r>
    </w:p>
    <w:p w:rsidR="00000000" w:rsidDel="00000000" w:rsidP="00000000" w:rsidRDefault="00000000" w:rsidRPr="00000000" w14:paraId="00000004">
      <w:pPr>
        <w:spacing w:after="40" w:before="100" w:lineRule="auto"/>
        <w:rPr>
          <w:b w:val="1"/>
          <w:bCs w:val="1"/>
          <w:sz w:val="24"/>
          <w:szCs w:val="24"/>
        </w:rPr>
      </w:pPr>
      <w:r w:rsidDel="00000000" w:rsidR="00000000" w:rsidRPr="00000000">
        <w:rPr>
          <w:b w:val="1"/>
          <w:bCs w:val="1"/>
          <w:sz w:val="24"/>
          <w:szCs w:val="24"/>
          <w:rtl w:val="0"/>
        </w:rPr>
        <w:t xml:space="preserve">Position Summary</w:t>
      </w:r>
    </w:p>
    <w:p w:rsidR="00000000" w:rsidDel="00000000" w:rsidP="00000000" w:rsidRDefault="00000000" w:rsidRPr="00000000" w14:paraId="00000005">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Ephrata Bible Fellowship Church is seeking a full-time Ministry Director who is passionate about shepherding students and young adults while helping strengthen the overall ministry of our church. This individual will provide spiritual leadership to the next generation, equip parents, develop volunteer leaders, and help young people become fully engaged members of the life and mission of the church.</w:t>
      </w:r>
    </w:p>
    <w:p w:rsidR="00000000" w:rsidDel="00000000" w:rsidP="00000000" w:rsidRDefault="00000000" w:rsidRPr="00000000" w14:paraId="00000007">
      <w:pPr>
        <w:rPr>
          <w:sz w:val="24"/>
          <w:szCs w:val="24"/>
        </w:rPr>
      </w:pPr>
      <w:r w:rsidDel="00000000" w:rsidR="00000000" w:rsidRPr="00000000">
        <w:rPr>
          <w:sz w:val="24"/>
          <w:szCs w:val="24"/>
          <w:rtl w:val="0"/>
        </w:rPr>
        <w:t xml:space="preserve">Youth and young adult ministry will be the primary area of responsibility, with flexibility to contribute to broader areas of ministry according to the individual's gifts, experience, and passions. The position reports directly to the Lead Pastor and works closely with pastoral staff, ministry leaders, elders, and volunteers.</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spacing w:after="40" w:before="10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00A">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0B">
      <w:pPr>
        <w:rPr>
          <w:b w:val="1"/>
          <w:bCs w:val="1"/>
          <w:i w:val="1"/>
          <w:iCs w:val="1"/>
          <w:sz w:val="24"/>
          <w:szCs w:val="24"/>
        </w:rPr>
      </w:pPr>
      <w:r w:rsidDel="00000000" w:rsidR="00000000" w:rsidRPr="00000000">
        <w:rPr>
          <w:b w:val="1"/>
          <w:bCs w:val="1"/>
          <w:i w:val="1"/>
          <w:iCs w:val="1"/>
          <w:sz w:val="24"/>
          <w:szCs w:val="24"/>
          <w:rtl w:val="0"/>
        </w:rPr>
        <w:t xml:space="preserve">Youth Ministry</w:t>
      </w:r>
    </w:p>
    <w:p w:rsidR="00000000" w:rsidDel="00000000" w:rsidP="00000000" w:rsidRDefault="00000000" w:rsidRPr="00000000" w14:paraId="0000000C">
      <w:pPr>
        <w:rPr>
          <w:b w:val="1"/>
          <w:bCs w:val="1"/>
          <w:i w:val="1"/>
          <w:iCs w:val="1"/>
          <w:sz w:val="24"/>
          <w:szCs w:val="24"/>
        </w:rPr>
      </w:pPr>
      <w:r w:rsidDel="00000000" w:rsidR="00000000" w:rsidRPr="00000000">
        <w:rPr>
          <w:rtl w:val="0"/>
        </w:rPr>
      </w:r>
    </w:p>
    <w:p w:rsidR="00000000" w:rsidDel="00000000" w:rsidP="00000000" w:rsidRDefault="00000000" w:rsidRPr="00000000" w14:paraId="0000000D">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Provide overall leadership, vision, planning, and oversight for middle school and high school ministries giving emphasis to ministering to the entire households.</w:t>
      </w:r>
    </w:p>
    <w:p w:rsidR="00000000" w:rsidDel="00000000" w:rsidP="00000000" w:rsidRDefault="00000000" w:rsidRPr="00000000" w14:paraId="0000000E">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Lead Wednesday evening youth gatherings and Sunday morning School of Discipleship classes, faithfully and regularly teaching God's Word.</w:t>
      </w:r>
    </w:p>
    <w:p w:rsidR="00000000" w:rsidDel="00000000" w:rsidP="00000000" w:rsidRDefault="00000000" w:rsidRPr="00000000" w14:paraId="0000000F">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Ensure all ministry teaching is biblically sound and coherent, including teaching delegated to others.</w:t>
      </w:r>
    </w:p>
    <w:p w:rsidR="00000000" w:rsidDel="00000000" w:rsidP="00000000" w:rsidRDefault="00000000" w:rsidRPr="00000000" w14:paraId="00000010">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Build meaningful relationships with students that encourage spiritual growth and personal discipleship.</w:t>
      </w:r>
    </w:p>
    <w:p w:rsidR="00000000" w:rsidDel="00000000" w:rsidP="00000000" w:rsidRDefault="00000000" w:rsidRPr="00000000" w14:paraId="00000011">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Partner with parents by encouraging, equipping, and supporting them in their God-given role as the primary spiritual influence in their children's lives.</w:t>
      </w:r>
    </w:p>
    <w:p w:rsidR="00000000" w:rsidDel="00000000" w:rsidP="00000000" w:rsidRDefault="00000000" w:rsidRPr="00000000" w14:paraId="00000012">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Recruit, train, encourage, and shepherd a healthy team of volunteer leaders.</w:t>
      </w:r>
    </w:p>
    <w:p w:rsidR="00000000" w:rsidDel="00000000" w:rsidP="00000000" w:rsidRDefault="00000000" w:rsidRPr="00000000" w14:paraId="00000013">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Provide vision, planning, and leadership for retreats, outreach, service opportunities, short-term mission trips, and other disciple-making events.</w:t>
      </w:r>
    </w:p>
    <w:p w:rsidR="00000000" w:rsidDel="00000000" w:rsidP="00000000" w:rsidRDefault="00000000" w:rsidRPr="00000000" w14:paraId="00000014">
      <w:pPr>
        <w:spacing w:after="28" w:lineRule="auto"/>
        <w:ind w:left="259" w:hanging="173"/>
        <w:rPr>
          <w:sz w:val="24"/>
          <w:szCs w:val="24"/>
        </w:rPr>
      </w:pPr>
      <w:r w:rsidDel="00000000" w:rsidR="00000000" w:rsidRPr="00000000">
        <w:rPr>
          <w:rtl w:val="0"/>
        </w:rPr>
      </w:r>
    </w:p>
    <w:p w:rsidR="00000000" w:rsidDel="00000000" w:rsidP="00000000" w:rsidRDefault="00000000" w:rsidRPr="00000000" w14:paraId="00000015">
      <w:pPr>
        <w:rPr>
          <w:b w:val="1"/>
          <w:bCs w:val="1"/>
          <w:i w:val="1"/>
          <w:iCs w:val="1"/>
          <w:sz w:val="24"/>
          <w:szCs w:val="24"/>
        </w:rPr>
      </w:pPr>
      <w:r w:rsidDel="00000000" w:rsidR="00000000" w:rsidRPr="00000000">
        <w:rPr>
          <w:b w:val="1"/>
          <w:bCs w:val="1"/>
          <w:i w:val="1"/>
          <w:iCs w:val="1"/>
          <w:sz w:val="24"/>
          <w:szCs w:val="24"/>
          <w:rtl w:val="0"/>
        </w:rPr>
        <w:t xml:space="preserve">Young Adult Ministry</w:t>
      </w:r>
    </w:p>
    <w:p w:rsidR="00000000" w:rsidDel="00000000" w:rsidP="00000000" w:rsidRDefault="00000000" w:rsidRPr="00000000" w14:paraId="00000016">
      <w:pPr>
        <w:rPr>
          <w:b w:val="1"/>
          <w:bCs w:val="1"/>
          <w:i w:val="1"/>
          <w:iCs w:val="1"/>
          <w:sz w:val="24"/>
          <w:szCs w:val="24"/>
        </w:rPr>
      </w:pPr>
      <w:r w:rsidDel="00000000" w:rsidR="00000000" w:rsidRPr="00000000">
        <w:rPr>
          <w:rtl w:val="0"/>
        </w:rPr>
      </w:r>
    </w:p>
    <w:p w:rsidR="00000000" w:rsidDel="00000000" w:rsidP="00000000" w:rsidRDefault="00000000" w:rsidRPr="00000000" w14:paraId="00000017">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Coordinate and provide leadership for regular young adult ministry gatherings, discipleship, and fellowship opportunities.</w:t>
      </w:r>
    </w:p>
    <w:p w:rsidR="00000000" w:rsidDel="00000000" w:rsidP="00000000" w:rsidRDefault="00000000" w:rsidRPr="00000000" w14:paraId="00000018">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Help college students and young adults become integrated into small groups, serving opportunities, and the broader life of the church.</w:t>
      </w:r>
    </w:p>
    <w:p w:rsidR="00000000" w:rsidDel="00000000" w:rsidP="00000000" w:rsidRDefault="00000000" w:rsidRPr="00000000" w14:paraId="00000019">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Build intentional relationships with Lancaster Bible College students through a regular campus presence.</w:t>
      </w:r>
    </w:p>
    <w:p w:rsidR="00000000" w:rsidDel="00000000" w:rsidP="00000000" w:rsidRDefault="00000000" w:rsidRPr="00000000" w14:paraId="0000001A">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Collaborate with campus ministries at Thaddeus Stevens College of Technology and encourage EBFC members to serve students there.</w:t>
      </w:r>
    </w:p>
    <w:p w:rsidR="00000000" w:rsidDel="00000000" w:rsidP="00000000" w:rsidRDefault="00000000" w:rsidRPr="00000000" w14:paraId="0000001B">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Develop future ministry leaders by intentionally discipling young adults and helping them discover opportunities to serve within the church.</w:t>
      </w:r>
    </w:p>
    <w:p w:rsidR="00000000" w:rsidDel="00000000" w:rsidP="00000000" w:rsidRDefault="00000000" w:rsidRPr="00000000" w14:paraId="0000001C">
      <w:pPr>
        <w:spacing w:after="28" w:lineRule="auto"/>
        <w:ind w:left="259" w:hanging="173"/>
        <w:rPr>
          <w:sz w:val="24"/>
          <w:szCs w:val="24"/>
        </w:rPr>
      </w:pPr>
      <w:r w:rsidDel="00000000" w:rsidR="00000000" w:rsidRPr="00000000">
        <w:rPr>
          <w:rtl w:val="0"/>
        </w:rPr>
      </w:r>
    </w:p>
    <w:p w:rsidR="00000000" w:rsidDel="00000000" w:rsidP="00000000" w:rsidRDefault="00000000" w:rsidRPr="00000000" w14:paraId="0000001D">
      <w:pPr>
        <w:spacing w:after="40" w:before="100" w:lineRule="auto"/>
        <w:rPr>
          <w:b w:val="1"/>
          <w:bCs w:val="1"/>
          <w:sz w:val="24"/>
          <w:szCs w:val="24"/>
        </w:rPr>
      </w:pPr>
      <w:r w:rsidDel="00000000" w:rsidR="00000000" w:rsidRPr="00000000">
        <w:rPr>
          <w:b w:val="1"/>
          <w:bCs w:val="1"/>
          <w:sz w:val="24"/>
          <w:szCs w:val="24"/>
          <w:rtl w:val="0"/>
        </w:rPr>
        <w:t xml:space="preserve">Churchwide Ministry</w:t>
      </w:r>
    </w:p>
    <w:p w:rsidR="00000000" w:rsidDel="00000000" w:rsidP="00000000" w:rsidRDefault="00000000" w:rsidRPr="00000000" w14:paraId="0000001E">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1F">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Support the overall mission and ministry of Ephrata Bible Fellowship Church.</w:t>
      </w:r>
    </w:p>
    <w:p w:rsidR="00000000" w:rsidDel="00000000" w:rsidP="00000000" w:rsidRDefault="00000000" w:rsidRPr="00000000" w14:paraId="00000020">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Participate in weekly staff meetings, ministry planning, and churchwide ministry initiatives.</w:t>
      </w:r>
    </w:p>
    <w:p w:rsidR="00000000" w:rsidDel="00000000" w:rsidP="00000000" w:rsidRDefault="00000000" w:rsidRPr="00000000" w14:paraId="00000021">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Preach or teach in other ministry settings as opportunities arise.</w:t>
      </w:r>
    </w:p>
    <w:p w:rsidR="00000000" w:rsidDel="00000000" w:rsidP="00000000" w:rsidRDefault="00000000" w:rsidRPr="00000000" w14:paraId="00000022">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Help cultivate a culture of discipleship, volunteer development, and leadership multiplication throughout the church.</w:t>
      </w:r>
    </w:p>
    <w:p w:rsidR="00000000" w:rsidDel="00000000" w:rsidP="00000000" w:rsidRDefault="00000000" w:rsidRPr="00000000" w14:paraId="00000023">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Build strong relationships across all generations of the congregation.</w:t>
      </w:r>
    </w:p>
    <w:p w:rsidR="00000000" w:rsidDel="00000000" w:rsidP="00000000" w:rsidRDefault="00000000" w:rsidRPr="00000000" w14:paraId="00000024">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Serve in other ministry responsibilities consistent with the individual's gifts and the needs of the church.</w:t>
      </w:r>
    </w:p>
    <w:p w:rsidR="00000000" w:rsidDel="00000000" w:rsidP="00000000" w:rsidRDefault="00000000" w:rsidRPr="00000000" w14:paraId="00000025">
      <w:pPr>
        <w:spacing w:after="28" w:lineRule="auto"/>
        <w:ind w:left="0" w:firstLine="0"/>
        <w:rPr>
          <w:sz w:val="24"/>
          <w:szCs w:val="24"/>
        </w:rPr>
      </w:pPr>
      <w:r w:rsidDel="00000000" w:rsidR="00000000" w:rsidRPr="00000000">
        <w:rPr>
          <w:rtl w:val="0"/>
        </w:rPr>
      </w:r>
    </w:p>
    <w:p w:rsidR="00000000" w:rsidDel="00000000" w:rsidP="00000000" w:rsidRDefault="00000000" w:rsidRPr="00000000" w14:paraId="00000026">
      <w:pPr>
        <w:spacing w:after="40" w:before="100" w:lineRule="auto"/>
        <w:rPr>
          <w:b w:val="1"/>
          <w:bCs w:val="1"/>
          <w:sz w:val="24"/>
          <w:szCs w:val="24"/>
        </w:rPr>
      </w:pPr>
      <w:r w:rsidDel="00000000" w:rsidR="00000000" w:rsidRPr="00000000">
        <w:rPr>
          <w:b w:val="1"/>
          <w:bCs w:val="1"/>
          <w:sz w:val="24"/>
          <w:szCs w:val="24"/>
          <w:rtl w:val="0"/>
        </w:rPr>
        <w:t xml:space="preserve">Administrative Responsibilities</w:t>
      </w:r>
    </w:p>
    <w:p w:rsidR="00000000" w:rsidDel="00000000" w:rsidP="00000000" w:rsidRDefault="00000000" w:rsidRPr="00000000" w14:paraId="00000027">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28">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Develop annual ministry plans with measurable goals and participate in regular ministry evaluations with the Lead Pastor.</w:t>
      </w:r>
    </w:p>
    <w:p w:rsidR="00000000" w:rsidDel="00000000" w:rsidP="00000000" w:rsidRDefault="00000000" w:rsidRPr="00000000" w14:paraId="00000029">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Prepare and manage annual ministry budgets in partnership with the Finance Team.</w:t>
      </w:r>
    </w:p>
    <w:p w:rsidR="00000000" w:rsidDel="00000000" w:rsidP="00000000" w:rsidRDefault="00000000" w:rsidRPr="00000000" w14:paraId="0000002A">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Ensure appropriate safety policies and ministry procedures are followed.</w:t>
      </w:r>
    </w:p>
    <w:p w:rsidR="00000000" w:rsidDel="00000000" w:rsidP="00000000" w:rsidRDefault="00000000" w:rsidRPr="00000000" w14:paraId="0000002B">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2C">
      <w:pPr>
        <w:spacing w:after="40" w:before="100" w:lineRule="auto"/>
        <w:rPr>
          <w:sz w:val="24"/>
          <w:szCs w:val="24"/>
        </w:rPr>
      </w:pPr>
      <w:r w:rsidDel="00000000" w:rsidR="00000000" w:rsidRPr="00000000">
        <w:rPr>
          <w:b w:val="1"/>
          <w:bCs w:val="1"/>
          <w:sz w:val="24"/>
          <w:szCs w:val="24"/>
          <w:rtl w:val="0"/>
        </w:rPr>
        <w:t xml:space="preserve">Qualifications</w:t>
      </w:r>
      <w:r w:rsidDel="00000000" w:rsidR="00000000" w:rsidRPr="00000000">
        <w:rPr>
          <w:rtl w:val="0"/>
        </w:rPr>
      </w:r>
    </w:p>
    <w:p w:rsidR="00000000" w:rsidDel="00000000" w:rsidP="00000000" w:rsidRDefault="00000000" w:rsidRPr="00000000" w14:paraId="0000002D">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 clear testimony of saving faith in Jesus Christ, a growing walk with Him, and a clear calling to vocational ministry.</w:t>
      </w:r>
    </w:p>
    <w:p w:rsidR="00000000" w:rsidDel="00000000" w:rsidP="00000000" w:rsidRDefault="00000000" w:rsidRPr="00000000" w14:paraId="0000002E">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 man who meets the qualifications laid out in 1 Timothy 3:1-7. </w:t>
      </w:r>
    </w:p>
    <w:p w:rsidR="00000000" w:rsidDel="00000000" w:rsidP="00000000" w:rsidRDefault="00000000" w:rsidRPr="00000000" w14:paraId="0000002F">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Agreement with the Faith and Order of the Bible Fellowship Church and commitment to teach consistently with its doctrine.</w:t>
      </w:r>
    </w:p>
    <w:p w:rsidR="00000000" w:rsidDel="00000000" w:rsidP="00000000" w:rsidRDefault="00000000" w:rsidRPr="00000000" w14:paraId="00000030">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Genuine enthusiasm for and adherence to the mission, vision, and core values of Ephrata Bible Fellowship.</w:t>
      </w:r>
    </w:p>
    <w:p w:rsidR="00000000" w:rsidDel="00000000" w:rsidP="00000000" w:rsidRDefault="00000000" w:rsidRPr="00000000" w14:paraId="00000031">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Ability to joyfully serve under the leadership and vision of the Lead Pastor while contributing positively to the ministry team.</w:t>
      </w:r>
    </w:p>
    <w:p w:rsidR="00000000" w:rsidDel="00000000" w:rsidP="00000000" w:rsidRDefault="00000000" w:rsidRPr="00000000" w14:paraId="00000032">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Strong biblical knowledge and demonstrated ability to accurately teach and apply Scripture in a faithful, engaging, and practical way.</w:t>
      </w:r>
    </w:p>
    <w:p w:rsidR="00000000" w:rsidDel="00000000" w:rsidP="00000000" w:rsidRDefault="00000000" w:rsidRPr="00000000" w14:paraId="00000033">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 heart for discipleship, mentoring, leadership development, and multiplying ministry leaders.</w:t>
      </w:r>
    </w:p>
    <w:p w:rsidR="00000000" w:rsidDel="00000000" w:rsidP="00000000" w:rsidRDefault="00000000" w:rsidRPr="00000000" w14:paraId="00000034">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Flexibility to serve wherever needed for the health of the church.</w:t>
      </w:r>
    </w:p>
    <w:p w:rsidR="00000000" w:rsidDel="00000000" w:rsidP="00000000" w:rsidRDefault="00000000" w:rsidRPr="00000000" w14:paraId="00000035">
      <w:pPr>
        <w:spacing w:after="28" w:lineRule="auto"/>
        <w:ind w:left="259" w:hanging="173"/>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 bachelor's degree in Bible, ministry, theology, or a related field is preferred; demonstrated ministry effectiveness, character, experience, and gifting will receive strong consideration.</w:t>
      </w:r>
    </w:p>
    <w:p w:rsidR="00000000" w:rsidDel="00000000" w:rsidP="00000000" w:rsidRDefault="00000000" w:rsidRPr="00000000" w14:paraId="00000036">
      <w:pPr>
        <w:spacing w:after="40" w:before="100" w:lineRule="auto"/>
        <w:rPr>
          <w:b w:val="1"/>
          <w:bCs w:val="1"/>
          <w:sz w:val="24"/>
          <w:szCs w:val="24"/>
        </w:rPr>
      </w:pPr>
      <w:r w:rsidDel="00000000" w:rsidR="00000000" w:rsidRPr="00000000">
        <w:rPr>
          <w:rtl w:val="0"/>
        </w:rPr>
      </w:r>
    </w:p>
    <w:p w:rsidR="00000000" w:rsidDel="00000000" w:rsidP="00000000" w:rsidRDefault="00000000" w:rsidRPr="00000000" w14:paraId="00000037">
      <w:pPr>
        <w:spacing w:after="40" w:before="100" w:lineRule="auto"/>
        <w:rPr>
          <w:sz w:val="24"/>
          <w:szCs w:val="24"/>
        </w:rPr>
      </w:pPr>
      <w:r w:rsidDel="00000000" w:rsidR="00000000" w:rsidRPr="00000000">
        <w:rPr>
          <w:b w:val="1"/>
          <w:bCs w:val="1"/>
          <w:sz w:val="24"/>
          <w:szCs w:val="24"/>
          <w:rtl w:val="0"/>
        </w:rPr>
        <w:t xml:space="preserve">Compensation &amp; Benefits</w:t>
      </w: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This is a full-time, salaried ministry position requiring a minimum commitment of 40 hours per week. Salary will be commensurate with education, experience, and demonstrated ministry effectiveness. Benefits include paid time off, holidays, and other benefits consistent with Ephrata Bible Fellowship's current personnel policies.</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Contact </w:t>
      </w:r>
    </w:p>
    <w:p w:rsidR="00000000" w:rsidDel="00000000" w:rsidP="00000000" w:rsidRDefault="00000000" w:rsidRPr="00000000" w14:paraId="0000003B">
      <w:pPr>
        <w:rPr>
          <w:sz w:val="24"/>
          <w:szCs w:val="24"/>
        </w:rPr>
      </w:pPr>
      <w:r w:rsidDel="00000000" w:rsidR="00000000" w:rsidRPr="00000000">
        <w:rPr>
          <w:sz w:val="24"/>
          <w:szCs w:val="24"/>
          <w:rtl w:val="0"/>
        </w:rPr>
        <w:t xml:space="preserve">Interested candidates should send a resume to Pastor Dan Krall at </w:t>
      </w:r>
      <w:hyperlink r:id="rId7">
        <w:r w:rsidDel="00000000" w:rsidR="00000000" w:rsidRPr="00000000">
          <w:rPr>
            <w:color w:val="1155cc"/>
            <w:sz w:val="24"/>
            <w:szCs w:val="24"/>
            <w:u w:val="single"/>
            <w:rtl w:val="0"/>
          </w:rPr>
          <w:t xml:space="preserve">dzkrall@ephratabfc.com</w:t>
        </w:r>
      </w:hyperlink>
      <w:r w:rsidDel="00000000" w:rsidR="00000000" w:rsidRPr="00000000">
        <w:rPr>
          <w:sz w:val="24"/>
          <w:szCs w:val="24"/>
          <w:rtl w:val="0"/>
        </w:rPr>
        <w:t xml:space="preserve">. </w:t>
      </w:r>
    </w:p>
    <w:p w:rsidR="00000000" w:rsidDel="00000000" w:rsidP="00000000" w:rsidRDefault="00000000" w:rsidRPr="00000000" w14:paraId="0000003C">
      <w:pPr>
        <w:rPr>
          <w:sz w:val="24"/>
          <w:szCs w:val="24"/>
        </w:rPr>
      </w:pPr>
      <w:r w:rsidDel="00000000" w:rsidR="00000000" w:rsidRPr="00000000">
        <w:rPr>
          <w:sz w:val="24"/>
          <w:szCs w:val="24"/>
          <w:rtl w:val="0"/>
        </w:rPr>
        <w:br w:type="textWrapping"/>
      </w:r>
    </w:p>
    <w:sectPr>
      <w:pgSz w:h="15840" w:w="12240" w:orient="portrait"/>
      <w:pgMar w:bottom="792" w:top="792"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8"/>
        <w:szCs w:val="18"/>
        <w:lang w:val="en"/>
      </w:rPr>
    </w:rPrDefault>
    <w:pPrDefault>
      <w:pPr>
        <w:spacing w:after="5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zkrall@ephratabfc.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JANoTBvsKh0nQ7cOWjS3LHKBHA==">CgMxLjA4AHIhMWk4a1c1T0JSek50aVIzTlZkWEhSQ2pPbm93cUxyaE1O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